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W7L3 | Independent evidence and response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Friday | 09:30–10:10 | Do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Choose one real answer. Underline the part you will improve. Write the change in your own words and say why it is clearer.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In the 40-minute lesson, complete questions 2, 3 and 5 from the assessment booklet during the 10-minute Independent Task.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My question numbers and first attempt are on the assessment pages. Which answer will I improve?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What exact scientific detail did I change, and why is it clearer?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W7L3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What should happen next because of my feedback?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Explain why an answer can include key words but still be scientifically wrong.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W7L3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