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W6L2 | Two-clue uptake investigation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Wednesday | 09:30–10:10 | Explore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Use two clues: direction compared with the gradient, and what happens when respiration is reduced. Start: “This suggests ___ because…”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Read the concentration evidence. The numbers are model values in the same units.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Illustrative model/sample data; not measurements made by this class.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1997"/>
        <w:gridCol w:w="1997"/>
        <w:gridCol w:w="1997"/>
        <w:gridCol w:w="1997"/>
        <w:gridCol w:w="1998"/>
      </w:tblGrid>
      <w:tr>
        <w:trPr>
          <w:cantSplit/>
          <w:tblHeader/>
          <w:cantSplit/>
          <w:tblHeader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Context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Outside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Inside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Normal uptake index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Inhibited index</w:t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Root nitrate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8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100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15</w:t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Gut glucose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3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9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100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20</w:t>
            </w:r>
          </w:p>
        </w:tc>
      </w:tr>
    </w:tbl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For each context, identify the gradient direction of inward uptake.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 why the two clues support active transport.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W6L2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Link a root-hair adaptation and a gut-cell adaptation to their functions.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What extra check would help show that the inhibitor did not simply kill the cells?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W6L2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