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W5L2 | Design a fair potato investigation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Wednesday | 09:30–10:10 | Explore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Change = final mass minus initial mass. Percentage change = change ÷ initial mass × 100. Keep the + or - sign.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Choose the paper/sample route unless the approved practical has been arranged with suitable staffing and equipment.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Illustrative model/sample data; not measurements made by this class.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1997"/>
        <w:gridCol w:w="1997"/>
        <w:gridCol w:w="1997"/>
        <w:gridCol w:w="1997"/>
        <w:gridCol w:w="1998"/>
      </w:tblGrid>
      <w:tr>
        <w:trPr>
          <w:cantSplit/>
          <w:tblHeader/>
          <w:cantSplit/>
          <w:tblHeader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Solution label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Initial mass / g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Final mass / g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Change / g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Change / %</w:t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Water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4.00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4.40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0.4 mol dm⁻³ sucrose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4.00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4.00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0.8 mol dm⁻³ sucrose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4.00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3.60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</w:tbl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Route actually used: planning/sample data / approved practical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These are illustrative sample data. Complete mass change and percentage change.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Name the independent variable, dependent variable and two controls.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W5L2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Some cylinders are not blotted. Explain the problem and a specific improvement.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Would one cylinder at each concentration show the spread of results?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W5L2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