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W3L2 | Calculation relay — without a race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Wednesday | 09:30–10:10 | Explore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1. Name the missing value. 2. Match the units. 3. Choose M = I ÷ A, I = M × A or A = I ÷ M. 4. Show each line of working.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Work alone or in a pair. One person chooses the relationship; the other checks the units. Swap for the next item.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A. Image = 20 mm; actual = 0.1 mm. Calculate magnification.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B. Image = 50 mm; actual = 0.5 mm. Calculate magnification.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W3L2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C. Magnification = ×400; actual = 0.05 mm. Calculate image size.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D. Image = 30 mm; magnification = ×600. Calculate actual size.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E. Image = 25 mm; actual = 50 µm. Calculate magnification.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F. Put nm, µm and mm in order from smallest unit to largest.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What happens to M if only the printed image length doubles?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W3L2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