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W3L1 | Lens detective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Monday | 09:30–10:10 | Introduce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Total magnification = eyepiece × objective. A bigger image is not always a clearer image. Describe what you can see before you explain it.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Choose ×4 then ×40 objectives with a ×10 eyepiece. Predict the total each time.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A ×10 eyepiece is used with ×4, ×10 and ×40 objectives. Calculate the three totals.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A blurred image is enlarged. Does it necessarily show two close dots more clearly? Explain.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W3L1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Record your route: real microscope / digital model. Give one observation and one thing this route cannot establish.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Why must the specimen be centred before increasing magnification?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W3L1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