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6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Eight food-group cards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Use with the five-group reference. This eight-card model does not show every group or any exact portion.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Rice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Bread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Carrot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Apple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Chicken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Beans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Milk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Fortified soya alternative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6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Five broad group headings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Words identify the group; colour is not required. These are broad Eatwell groups. Balance concerns a day/week and individual needs are outside this model.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FRUIT AND VEGETABLES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STARCHY CARBOHYDRATE FOODS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BEANS, PULSES, FISH, EGGS, MEAT AND OTHER PROTEIN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DAIRY AND ALTERNATIVES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OILS AND SPREADS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6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Reference examples beyond the eight cards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These optional reference labels explain the group not shown by the source eight-card activity; they do not prescribe amounts.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Olive oil — oils and spreads example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Lentils — another protein-source example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6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Two model cases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Place the listed cards. Compare group roles; do not infer exact nutrient equivalence.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Case A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Rice, chicken, carrot, milk.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Case B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Bread, beans, apple, fortified soya alternative.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>BUILD Science · Week 6 · Cut-apart cards and labels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  <w:drawing>
        <wp:inline xmlns:a="http://schemas.openxmlformats.org/drawingml/2006/main" xmlns:pic="http://schemas.openxmlformats.org/drawingml/2006/picture">
          <wp:extent cx="270000" cy="270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pproved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000" cy="2700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</w:rPr>
      <w:t xml:space="preserve">  MADE BY MATT  /  BUILD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7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 Science Week 6 printable cards and labels</dc:title>
  <dc:subject>Reusable native editable classroom resources</dc:subject>
  <dc:creator>Made by Matt</dc:creator>
  <cp:keywords>BUILD, Science, Autumn 1, cards, labels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