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5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Food-job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Use fictional menus and paper cards. No tasting, real feeding, calorie/weight discussion or personal dietary disclosure. One food may supply several nutrients.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Bread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Potato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Beans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Lentils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Carrot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Apple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Water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ENERGY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GROWTH AND REPAIR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VITAMINS, MINERALS AND FIBRE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5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Animal-food example links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Match these as stated examples, not complete diets or real feeding instructions. Different species have different needs.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Cow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Grass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Owl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Mouse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Caterpillar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Leaves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Goldfish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Suitable fish food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5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Fictional menu case cards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Discuss the card model rather than any person’s real meals.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Case 1 — first model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Only bread and water. Keep them; add cards to represent a wider range of nutrient jobs.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Case 2 — first model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Meat, rice and vegetables. Replace meat with another protein source to make a meat-free model.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Meat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Rice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Vegetables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>BUILD Science · Week 5 · Cut-apart cards and labels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Science Week 5 printable cards and labels</dc:title>
  <dc:subject>Reusable native editable classroom resources</dc:subject>
  <dc:creator>Made by Matt</dc:creator>
  <cp:keywords>BUILD, Science, Autumn 1, cards, labels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