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Our sustainability decision report</w:t>
      </w:r>
    </w:p>
    <w:p>
      <w:pPr>
        <w:pStyle w:val="Subtitle"/>
      </w:pPr>
      <w:r>
        <w:t>Pupil resources | LAUNCH Humanities Summer 1 Week 6</w:t>
      </w:r>
    </w:p>
    <w:p>
      <w:r>
        <w:t>Complete a sustainability decision report.</w:t>
      </w:r>
    </w:p>
    <w:p>
      <w:r>
        <w:drawing>
          <wp:inline xmlns:a="http://schemas.openxmlformats.org/drawingml/2006/main" xmlns:pic="http://schemas.openxmlformats.org/drawingml/2006/picture">
            <wp:extent cx="6120000" cy="2203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0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Use the evidence cards and blank spaces to give your own response. Speak, point, draw, type or write.</w:t>
      </w:r>
    </w:p>
    <w:p>
      <w:r>
        <w:t>Start here: a decision uses criteria and evidence. Cards A to D restate the options, scoring method and report requirements; earlier work is optional.</w:t>
      </w:r>
    </w:p>
    <w:p>
      <w:r>
        <w:br w:type="page"/>
      </w:r>
    </w:p>
    <w:p>
      <w:pPr>
        <w:pStyle w:val="Title"/>
      </w:pPr>
      <w:r>
        <w:t>Evidence cards</w:t>
      </w:r>
    </w:p>
    <w:p>
      <w:pPr>
        <w:pStyle w:val="Subtitle"/>
      </w:pPr>
      <w:r>
        <w:t>Check the source and limit before using a detail</w:t>
      </w:r>
    </w:p>
    <w:p>
      <w:pPr>
        <w:pStyle w:val="Heading2"/>
      </w:pPr>
      <w:r>
        <w:t>A Explicit decision criteria</w:t>
      </w:r>
    </w:p>
    <w:p>
      <w:r>
        <w:t>AUTHORED options: A uses spare paper before new sheets for suitable drafts. Assume teacher permission and a daily checker; it does not suit every task. B proposes an accessible cool break space for hot weather. It needs adult assessment and permission before use; no result is measured. Compare resource benefit, access and feasibility. Score each criterion 1 for weak support, 2 for some support or 3 for clear support, with an evidence note.</w:t>
      </w:r>
    </w:p>
    <w:p>
      <w:r>
        <w:t>Source: Authored decision-scoring framework, 21 September 2026</w:t>
      </w:r>
    </w:p>
    <w:p>
      <w:r>
        <w:t>Limit: Scores are judgements supported by evidence, not measured environmental savings or an examination grade.</w:t>
      </w:r>
    </w:p>
    <w:p>
      <w:pPr>
        <w:pStyle w:val="Heading2"/>
      </w:pPr>
      <w:r>
        <w:t>B Evidence available</w:t>
      </w:r>
    </w:p>
    <w:p>
      <w:r>
        <w:t>The NOAA table records CO2 concentration. NASA explains the climate link and response types. The school options and 12-to-8 sheet comparison are AUTHORED PRACTICE. A real school decision needs the teacher’s checked local evidence as well.</w:t>
      </w:r>
    </w:p>
    <w:p>
      <w:r>
        <w:t>Source: NOAA GML; NASA Causes and Mitigation and Adaptation; authored practice record</w:t>
      </w:r>
    </w:p>
    <w:p>
      <w:r>
        <w:t>Limit: A global climate source cannot establish a particular school action’s result.</w:t>
      </w:r>
    </w:p>
    <w:p>
      <w:pPr>
        <w:pStyle w:val="Heading2"/>
      </w:pPr>
      <w:r>
        <w:t>C Explain the preferred option</w:t>
      </w:r>
    </w:p>
    <w:p>
      <w:r>
        <w:t>State your priority and preferred option. Give criterion scores with evidence, a trade-off, an evidence limit and a realistic next action. A higher total informs a decision but does not remove the need to explain who can use the option.</w:t>
      </w:r>
    </w:p>
    <w:p>
      <w:r>
        <w:t>Source: Authored report framework, 21 September 2026</w:t>
      </w:r>
    </w:p>
    <w:p>
      <w:r>
        <w:t>Limit: Different priorities can lead to different justified decisions. Nobody must disclose a family or personal view.</w:t>
      </w:r>
    </w:p>
    <w:p>
      <w:pPr>
        <w:pStyle w:val="Heading2"/>
      </w:pPr>
      <w:r>
        <w:t>D Keep the report your own</w:t>
      </w:r>
    </w:p>
    <w:p>
      <w:r>
        <w:t>Check figures, units, sources and whether a claim is observed, inferred or proposed. Record the access support and any content prompts used. An adult may faithfully record your spoken response with a date. Select the report and supporting grid as evidence.</w:t>
      </w:r>
    </w:p>
    <w:p>
      <w:r>
        <w:t>Source: Authored evidence-retention checklist</w:t>
      </w:r>
    </w:p>
    <w:p>
      <w:r>
        <w:t>Limit: Do not copy the shared model as your independent conclusion. No qualification code or award is assigned.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Supported</w:t>
      </w:r>
    </w:p>
    <w:p>
      <w:r>
        <w:t>Start here: a decision uses criteria and evidence. Cards A to D restate the options, scoring method and report requirements; earlier work is optional.</w:t>
      </w:r>
    </w:p>
    <w:p>
      <w:pPr>
        <w:pStyle w:val="Heading2"/>
      </w:pPr>
      <w:r>
        <w:t>1 Name one report criterion.</w:t>
      </w:r>
    </w:p>
    <w:p>
      <w:r>
        <w:t>Help: Read card A.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What must support a score?</w:t>
      </w:r>
    </w:p>
    <w:p>
      <w:r>
        <w:t>Help: Read the scoring rule.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is a trade-off?</w:t>
      </w:r>
    </w:p>
    <w:p>
      <w:r>
        <w:t>Help: Use the glossary.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should be recorded about help?</w:t>
      </w:r>
    </w:p>
    <w:p>
      <w:r>
        <w:t>Help: Read card D.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Standard</w:t>
      </w:r>
    </w:p>
    <w:p>
      <w:r>
        <w:t>Start here: a decision uses criteria and evidence. Cards A to D restate the options, scoring method and report requirements; earlier work is optional.</w:t>
      </w:r>
    </w:p>
    <w:p>
      <w:pPr>
        <w:pStyle w:val="Heading2"/>
      </w:pPr>
      <w:r>
        <w:t>1 What five elements should the report explain?</w:t>
      </w:r>
    </w:p>
    <w:p>
      <w:r>
        <w:t>Help: Read card C.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Are the scenario scores environmental measurements?</w:t>
      </w:r>
    </w:p>
    <w:p>
      <w:r>
        <w:t>Help: Check card A’s limit.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Can NOAA prove a paper-tray saving?</w:t>
      </w:r>
    </w:p>
    <w:p>
      <w:r>
        <w:t>Help: Compare the quantities and coverage.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Why record a realistic next action?</w:t>
      </w:r>
    </w:p>
    <w:p>
      <w:r>
        <w:t>Help: Consider an evidence gap.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Arrival task</w:t>
      </w:r>
    </w:p>
    <w:p>
      <w:pPr>
        <w:pStyle w:val="Subtitle"/>
      </w:pPr>
      <w:r>
        <w:t>Stretch</w:t>
      </w:r>
    </w:p>
    <w:p>
      <w:r>
        <w:t>Start here: a decision uses criteria and evidence. Cards A to D restate the options, scoring method and report requirements; earlier work is optional.</w:t>
      </w:r>
    </w:p>
    <w:p>
      <w:pPr>
        <w:pStyle w:val="Heading2"/>
      </w:pPr>
      <w:r>
        <w:t>1 Why might a higher total not settle a decision?</w:t>
      </w:r>
    </w:p>
    <w:p>
      <w:r>
        <w:t>Help: Consider access and priorities.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2 How could you test sensitivity to an assumption?</w:t>
      </w:r>
    </w:p>
    <w:p>
      <w:r>
        <w:t>Help: Change one reasoned score.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3 What makes a report independent?</w:t>
      </w:r>
    </w:p>
    <w:p>
      <w:r>
        <w:t>Help: Distinguish access from supplied answers.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pPr>
        <w:pStyle w:val="Heading2"/>
      </w:pPr>
      <w:r>
        <w:t>4 What evidence might justify revising the report?</w:t>
      </w:r>
    </w:p>
    <w:p>
      <w:r>
        <w:t>Help: Name a local check.</w:t>
      </w:r>
    </w:p>
    <w:p>
      <w:r>
        <w:rPr>
          <w:b/>
        </w:rPr>
        <w:t>My response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Shared investigation</w:t>
      </w:r>
    </w:p>
    <w:p>
      <w:pPr>
        <w:pStyle w:val="Subtitle"/>
      </w:pPr>
      <w:r>
        <w:t>Use the evidence; explain and check together</w:t>
      </w:r>
    </w:p>
    <w:p>
      <w:r>
        <w:t>1. Score the two authored options against resource benefit, access and feasibility. Require an evidence note for each 1-to-3 judgement.</w:t>
      </w:r>
    </w:p>
    <w:p>
      <w:r>
        <w:t>2. Preview a practice report selection in the portfolio. Check preferred option, trade-offs, limits and next action before independent reports.</w:t>
      </w:r>
    </w:p>
    <w:p>
      <w:r>
        <w:t>Score each criterion: 1 = weak support; 2 = some support; 3 = clear support. Give evidence for every judgement. These are decision criteria, not grades.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3685"/>
        <w:gridCol w:w="3685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Criterion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Option A: score + evidence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FE3F2"/>
          </w:tcPr>
          <w:p>
            <w:pPr>
              <w:spacing w:before="100" w:after="100"/>
            </w:pPr>
            <w:r>
              <w:rPr>
                <w:b/>
              </w:rPr>
              <w:t>Option B: score + evidence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Resource benefit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Access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Feasibility</w:t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  <w:tc>
          <w:tcPr>
            <w:tcW w:type="dxa" w:w="368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br/>
              <w:br/>
            </w:r>
          </w:p>
        </w:tc>
      </w:tr>
    </w:tbl>
    <w:p>
      <w:r>
        <w:rPr>
          <w:b/>
        </w:rPr>
        <w:t>Preferred option and trade-off</w:t>
      </w:r>
    </w:p>
    <w:p>
      <w:r>
        <w:t>________________________________________________________________</w:t>
      </w:r>
    </w:p>
    <w:p>
      <w:r>
        <w:rPr>
          <w:b/>
        </w:rPr>
        <w:t>Limitation and realistic next action</w:t>
      </w:r>
    </w:p>
    <w:p>
      <w:r>
        <w:t>________________________________________________________________</w:t>
      </w:r>
    </w:p>
    <w:p>
      <w:r>
        <w:rPr>
          <w:b/>
        </w:rPr>
        <w:t>Support used / adult note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Supported</w:t>
      </w:r>
    </w:p>
    <w:p>
      <w:r>
        <w:t>Complete a sustainability decision report.</w:t>
      </w:r>
    </w:p>
    <w:p>
      <w:r>
        <w:t>1. Use both option cards and score resource benefit, access and feasibility with the frame.</w:t>
      </w:r>
    </w:p>
    <w:p>
      <w:r>
        <w:t>2. Write a report naming your preferred option, one evidence detail and a trade-off.</w:t>
      </w:r>
    </w:p>
    <w:p>
      <w:r>
        <w:t>3. Independently give a limitation and next action; record support or an adult note.</w:t>
      </w:r>
    </w:p>
    <w:p>
      <w:r>
        <w:t>Help: Use highlighted evidence and the frame. An adult may read or scribe your own words.</w:t>
      </w:r>
    </w:p>
    <w:p>
      <w:r>
        <w:rPr>
          <w:b/>
        </w:rPr>
        <w:t>Criterion scores and evidence</w:t>
      </w:r>
    </w:p>
    <w:p>
      <w:r>
        <w:t>________________________________________________________________</w:t>
      </w:r>
    </w:p>
    <w:p>
      <w:r>
        <w:rPr>
          <w:b/>
        </w:rPr>
        <w:t>Preferred option and trade-offs</w:t>
      </w:r>
    </w:p>
    <w:p>
      <w:r>
        <w:t>________________________________________________________________</w:t>
      </w:r>
    </w:p>
    <w:p>
      <w:r>
        <w:rPr>
          <w:b/>
        </w:rPr>
        <w:t>Limitations and realistic next action</w:t>
      </w:r>
    </w:p>
    <w:p>
      <w:r>
        <w:t>________________________________________________________________</w:t>
      </w:r>
    </w:p>
    <w:p>
      <w:r>
        <w:rPr>
          <w:b/>
        </w:rPr>
        <w:t>Accuracy check and support recorded</w:t>
      </w:r>
    </w:p>
    <w:p>
      <w:r>
        <w:t>________________________________________________________________</w:t>
      </w:r>
    </w:p>
    <w:p>
      <w:r>
        <w:t>Further challenge: Explain a second detail if ready.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Standard</w:t>
      </w:r>
    </w:p>
    <w:p>
      <w:r>
        <w:t>Complete a sustainability decision report.</w:t>
      </w:r>
    </w:p>
    <w:p>
      <w:r>
        <w:t>1. Score both options against the three stated criteria and justify each score.</w:t>
      </w:r>
    </w:p>
    <w:p>
      <w:r>
        <w:t>2. Write the report with preferred option, evidence, trade-offs, limitations and next action.</w:t>
      </w:r>
    </w:p>
    <w:p>
      <w:r>
        <w:t>3. Independently check the report against unit success criteria and retain the support record.</w:t>
      </w:r>
    </w:p>
    <w:p>
      <w:r>
        <w:t>Help: Use the cards and organiser. Choose your own evidence and explanation.</w:t>
      </w:r>
    </w:p>
    <w:p>
      <w:r>
        <w:rPr>
          <w:b/>
        </w:rPr>
        <w:t>Criterion scores and evidence</w:t>
      </w:r>
    </w:p>
    <w:p>
      <w:r>
        <w:t>________________________________________________________________</w:t>
      </w:r>
    </w:p>
    <w:p>
      <w:r>
        <w:rPr>
          <w:b/>
        </w:rPr>
        <w:t>Preferred option and trade-offs</w:t>
      </w:r>
    </w:p>
    <w:p>
      <w:r>
        <w:t>________________________________________________________________</w:t>
      </w:r>
    </w:p>
    <w:p>
      <w:r>
        <w:rPr>
          <w:b/>
        </w:rPr>
        <w:t>Limitations and realistic next action</w:t>
      </w:r>
    </w:p>
    <w:p>
      <w:r>
        <w:t>________________________________________________________________</w:t>
      </w:r>
    </w:p>
    <w:p>
      <w:r>
        <w:rPr>
          <w:b/>
        </w:rPr>
        <w:t>Accuracy check and support recorded</w:t>
      </w:r>
    </w:p>
    <w:p>
      <w:r>
        <w:t>________________________________________________________________</w:t>
      </w:r>
    </w:p>
    <w:p>
      <w:r>
        <w:t>Further challenge: Compare your reasoning with one alternative.</w:t>
      </w:r>
    </w:p>
    <w:p>
      <w:r>
        <w:br w:type="page"/>
      </w:r>
    </w:p>
    <w:p>
      <w:pPr>
        <w:pStyle w:val="Title"/>
      </w:pPr>
      <w:r>
        <w:t>Independent task</w:t>
      </w:r>
    </w:p>
    <w:p>
      <w:pPr>
        <w:pStyle w:val="Subtitle"/>
      </w:pPr>
      <w:r>
        <w:t>Stretch</w:t>
      </w:r>
    </w:p>
    <w:p>
      <w:r>
        <w:t>Complete a sustainability decision report.</w:t>
      </w:r>
    </w:p>
    <w:p>
      <w:r>
        <w:t>1. Audit the criteria and explain any extra priority before scoring both options.</w:t>
      </w:r>
    </w:p>
    <w:p>
      <w:r>
        <w:t>2. Test how one changed assumption might alter the preference.</w:t>
      </w:r>
    </w:p>
    <w:p>
      <w:r>
        <w:t>3. Write a report weighing the alternative fairly with evidence limits and a realistic next action.</w:t>
      </w:r>
    </w:p>
    <w:p>
      <w:r>
        <w:t>4. Independently justify the final decision and record what stronger evidence could change it.</w:t>
      </w:r>
    </w:p>
    <w:p>
      <w:r>
        <w:t>Help: Use the source limits and test a different priority or assumption.</w:t>
      </w:r>
    </w:p>
    <w:p>
      <w:r>
        <w:rPr>
          <w:b/>
        </w:rPr>
        <w:t>Criterion scores and evidence</w:t>
      </w:r>
    </w:p>
    <w:p>
      <w:r>
        <w:t>________________________________________________________________</w:t>
      </w:r>
    </w:p>
    <w:p>
      <w:r>
        <w:rPr>
          <w:b/>
        </w:rPr>
        <w:t>Preferred option and trade-offs</w:t>
      </w:r>
    </w:p>
    <w:p>
      <w:r>
        <w:t>________________________________________________________________</w:t>
      </w:r>
    </w:p>
    <w:p>
      <w:r>
        <w:rPr>
          <w:b/>
        </w:rPr>
        <w:t>Limitations and realistic next action</w:t>
      </w:r>
    </w:p>
    <w:p>
      <w:r>
        <w:t>________________________________________________________________</w:t>
      </w:r>
    </w:p>
    <w:p>
      <w:r>
        <w:rPr>
          <w:b/>
        </w:rPr>
        <w:t>Accuracy check and support recorded</w:t>
      </w:r>
    </w:p>
    <w:p>
      <w:r>
        <w:t>________________________________________________________________</w:t>
      </w:r>
    </w:p>
    <w:p>
      <w:r>
        <w:t>Further challenge: Propose a further evidence check and explain its value.</w:t>
      </w:r>
    </w:p>
    <w:p>
      <w:r>
        <w:br w:type="page"/>
      </w:r>
    </w:p>
    <w:p>
      <w:pPr>
        <w:pStyle w:val="Title"/>
      </w:pPr>
      <w:r>
        <w:t>Exit tickets</w:t>
      </w:r>
    </w:p>
    <w:p>
      <w:pPr>
        <w:pStyle w:val="Subtitle"/>
      </w:pPr>
      <w:r>
        <w:t>Use your chosen route and give your own response</w:t>
      </w:r>
    </w:p>
    <w:p>
      <w:pPr>
        <w:pStyle w:val="Heading2"/>
      </w:pPr>
      <w:r>
        <w:t>Supported</w:t>
      </w:r>
    </w:p>
    <w:p>
      <w:r>
        <w:t>1. State your preferred option and one reason. Use a named detail and your own explanation.</w:t>
      </w:r>
    </w:p>
    <w:p>
      <w:r>
        <w:t>________________________________________________________________</w:t>
      </w:r>
    </w:p>
    <w:p>
      <w:r>
        <w:t>2. Give a limit and next action.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Standard</w:t>
      </w:r>
    </w:p>
    <w:p>
      <w:r>
        <w:t>1. Explain your decision using criterion scores and evidence. Use a named detail and your own explanation.</w:t>
      </w:r>
    </w:p>
    <w:p>
      <w:r>
        <w:t>________________________________________________________________</w:t>
      </w:r>
    </w:p>
    <w:p>
      <w:r>
        <w:t>2. What trade-off and limitation have you retained? Use a named detail and your own explanation.</w:t>
      </w:r>
    </w:p>
    <w:p>
      <w:r>
        <w:t>________________________________________________________________</w:t>
      </w:r>
    </w:p>
    <w:p>
      <w:pPr>
        <w:pStyle w:val="Heading2"/>
      </w:pPr>
      <w:r>
        <w:t>Stretch</w:t>
      </w:r>
    </w:p>
    <w:p>
      <w:r>
        <w:t>1. Why does your final judgement remain defensible? Use a named detail and your own explanation.</w:t>
      </w:r>
    </w:p>
    <w:p>
      <w:r>
        <w:t>________________________________________________________________</w:t>
      </w:r>
    </w:p>
    <w:p>
      <w:r>
        <w:t>2. What evidence could change it and what support was used? Use a named detail and your own explanation.</w:t>
      </w:r>
    </w:p>
    <w:p>
      <w:r>
        <w:t>________________________________________________________________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