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 accurate Earth Day campaign</w:t>
      </w:r>
    </w:p>
    <w:p>
      <w:pPr>
        <w:pStyle w:val="Subtitle"/>
      </w:pPr>
      <w:r>
        <w:t>Pupil resources | LAUNCH Humanities Summer 1 Week 4</w:t>
      </w:r>
    </w:p>
    <w:p>
      <w:r>
        <w:t>Create a digital sustainability campaign linked to Earth Day.</w:t>
      </w:r>
    </w:p>
    <w:p>
      <w:r>
        <w:drawing>
          <wp:inline xmlns:a="http://schemas.openxmlformats.org/drawingml/2006/main" xmlns:pic="http://schemas.openxmlformats.org/drawingml/2006/picture">
            <wp:extent cx="6120000" cy="220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0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the evidence cards and blank spaces to give your own response. Speak, point, draw, type or write.</w:t>
      </w:r>
    </w:p>
    <w:p>
      <w:r>
        <w:t>Start here: a claim needs evidence. A request asks someone to act. The cards give the date, classroom brief and action, even if earlier work is missing.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Check the source and limit before using a detail</w:t>
      </w:r>
    </w:p>
    <w:p>
      <w:pPr>
        <w:pStyle w:val="Heading2"/>
      </w:pPr>
      <w:r>
        <w:t>A Earth Day and our audience</w:t>
      </w:r>
    </w:p>
    <w:p>
      <w:r>
        <w:t>Earth Day is observed on 22 April. Our product is a classroom digital message for school users. Name one feasible action and its intended effect. Keep it on the school-approved classroom device; do not create accounts or publish it online.</w:t>
      </w:r>
    </w:p>
    <w:p>
      <w:r>
        <w:t>Source: EARTHDAY.ORG History; authored classroom brief</w:t>
      </w:r>
    </w:p>
    <w:p>
      <w:r>
        <w:t>Limit: The date does not prove that a campaign action has worked.</w:t>
      </w:r>
    </w:p>
    <w:p>
      <w:pPr>
        <w:pStyle w:val="Heading2"/>
      </w:pPr>
      <w:r>
        <w:t>B A supported climate link</w:t>
      </w:r>
    </w:p>
    <w:p>
      <w:r>
        <w:t>NASA explains that burning fossil fuels releases CO2, which contributes to warming. A campaign may explain that link with a citation. It must not turn a small proposed action into a promise to stop climate change.</w:t>
      </w:r>
    </w:p>
    <w:p>
      <w:r>
        <w:t>Source: NASA Causes; authored campaign application</w:t>
      </w:r>
    </w:p>
    <w:p>
      <w:r>
        <w:t>Limit: This source does not calculate a CO2 saving for a school paper tray or a particular campaign.</w:t>
      </w:r>
    </w:p>
    <w:p>
      <w:pPr>
        <w:pStyle w:val="Heading2"/>
      </w:pPr>
      <w:r>
        <w:t>C Weak drafts to repair</w:t>
      </w:r>
    </w:p>
    <w:p>
      <w:r>
        <w:t>AUTHORED EXAMPLES, not facts: This will stop climate change. Our tray has already saved a tonne of CO2. Both go beyond the supplied evidence. Repair the claim, name the audience and action, and state what you will measure.</w:t>
      </w:r>
    </w:p>
    <w:p>
      <w:r>
        <w:t>Source: Authored weak-draft examples, 21 September 2026</w:t>
      </w:r>
    </w:p>
    <w:p>
      <w:r>
        <w:t>Limit: These are deliberately unsupported claims for editing, not estimates to repeat.</w:t>
      </w:r>
    </w:p>
    <w:p>
      <w:pPr>
        <w:pStyle w:val="Heading2"/>
      </w:pPr>
      <w:r>
        <w:t>D An honest action message</w:t>
      </w:r>
    </w:p>
    <w:p>
      <w:r>
        <w:t>AUTHORED PLAN: invite school users to choose clean spare paper for suitable drafts, with teacher permission. Count new sheets issued for the same task before and during a short trial. Explain the intended effect as reducing new-sheet use, then check it.</w:t>
      </w:r>
    </w:p>
    <w:p>
      <w:r>
        <w:t>Source: Authored campaign and measurement plan, 21 September 2026</w:t>
      </w:r>
    </w:p>
    <w:p>
      <w:r>
        <w:t>Limit: No guaranteed result or carbon saving is supplied. Include no pupil names, faces or personal details.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a claim needs evidence. A request asks someone to act. The cards give the date, classroom brief and action, even if earlier work is missing.</w:t>
      </w:r>
    </w:p>
    <w:p>
      <w:pPr>
        <w:pStyle w:val="Heading2"/>
      </w:pPr>
      <w:r>
        <w:t>1 When is Earth Day?</w:t>
      </w:r>
    </w:p>
    <w:p>
      <w:r>
        <w:t>Help: Read card 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Who is our message for?</w:t>
      </w:r>
    </w:p>
    <w:p>
      <w:r>
        <w:t>Help: Use the classroom brief.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Can we claim the tray has saved a tonne of CO2?</w:t>
      </w:r>
    </w:p>
    <w:p>
      <w:r>
        <w:t>Help: Check for a measurement on card C.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Where is the message kept?</w:t>
      </w:r>
    </w:p>
    <w:p>
      <w:r>
        <w:t>Help: Read card 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a claim needs evidence. A request asks someone to act. The cards give the date, classroom brief and action, even if earlier work is missing.</w:t>
      </w:r>
    </w:p>
    <w:p>
      <w:pPr>
        <w:pStyle w:val="Heading2"/>
      </w:pPr>
      <w:r>
        <w:t>1 What makes the first weak draft an overclaim?</w:t>
      </w:r>
    </w:p>
    <w:p>
      <w:r>
        <w:t>Help: Compare the promise with evidence.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feasible action does card D propose?</w:t>
      </w:r>
    </w:p>
    <w:p>
      <w:r>
        <w:t>Help: Read the invitation.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indicator can check that action?</w:t>
      </w:r>
    </w:p>
    <w:p>
      <w:r>
        <w:t>Help: Use the counting plan.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How do a claim and a request differ?</w:t>
      </w:r>
    </w:p>
    <w:p>
      <w:r>
        <w:t>Help: Compare says with asks.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a claim needs evidence. A request asks someone to act. The cards give the date, classroom brief and action, even if earlier work is missing.</w:t>
      </w:r>
    </w:p>
    <w:p>
      <w:pPr>
        <w:pStyle w:val="Heading2"/>
      </w:pPr>
      <w:r>
        <w:t>1 Why is intended effect different from proven effect?</w:t>
      </w:r>
    </w:p>
    <w:p>
      <w:r>
        <w:t>Help: Consider when the trial happens.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Why must a campaign cite a source precisely?</w:t>
      </w:r>
    </w:p>
    <w:p>
      <w:r>
        <w:t>Help: Ask whether it supports that claim.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must be removed from an unsafe draft?</w:t>
      </w:r>
    </w:p>
    <w:p>
      <w:r>
        <w:t>Help: Use the classroom rules.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How can a qualification improve a message?</w:t>
      </w:r>
    </w:p>
    <w:p>
      <w:r>
        <w:t>Help: Think about honest scope.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Use the evidence; explain and check together</w:t>
      </w:r>
    </w:p>
    <w:p>
      <w:r>
        <w:t>1. Repair both AUTHORED weak drafts in the editor. Replace each overclaim with a feasible action, supporting evidence and a measurable intention.</w:t>
      </w:r>
    </w:p>
    <w:p>
      <w:r>
        <w:t>2. Identify school users as the audience. Prepare a classroom-only Earth Day message with a source, intended effect and a clear limit.</w:t>
      </w:r>
    </w:p>
    <w:p>
      <w:r>
        <w:t>AUTHORED WEAK DRAFT: This will stop climate change</w:t>
      </w:r>
    </w:p>
    <w:p>
      <w:r>
        <w:rPr>
          <w:b/>
        </w:rPr>
        <w:t>My accurate repair, source and intended effect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AUTHORED WEAK DRAFT: Our tray has already saved a tonne of CO2</w:t>
      </w:r>
    </w:p>
    <w:p>
      <w:r>
        <w:rPr>
          <w:b/>
        </w:rPr>
        <w:t>My accurate repair, source and intended effect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Audience and feasible action</w:t>
      </w:r>
    </w:p>
    <w:p>
      <w:r>
        <w:t>________________________________________________________________</w:t>
      </w:r>
    </w:p>
    <w:p>
      <w:r>
        <w:t>Classroom product only. No real posting, accounts, pupil names or faces. Earth Day: 22 April (EARTHDAY.ORG).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Create a digital sustainability campaign linked to Earth Day.</w:t>
      </w:r>
    </w:p>
    <w:p>
      <w:r>
        <w:t>1. Choose school users as the audience and highlight one feasible action from card D.</w:t>
      </w:r>
    </w:p>
    <w:p>
      <w:r>
        <w:t>2. Make a digital message on the approved classroom device using the supplied frame.</w:t>
      </w:r>
    </w:p>
    <w:p>
      <w:r>
        <w:t>3. Independently explain its intended effect and check one claim against its source.</w:t>
      </w:r>
    </w:p>
    <w:p>
      <w:r>
        <w:t>Help: Use highlighted evidence and the frame. An adult may read or scribe your own words.</w:t>
      </w:r>
    </w:p>
    <w:p>
      <w:r>
        <w:rPr>
          <w:b/>
        </w:rPr>
        <w:t>Audience and proposed action</w:t>
      </w:r>
    </w:p>
    <w:p>
      <w:r>
        <w:t>________________________________________________________________</w:t>
      </w:r>
    </w:p>
    <w:p>
      <w:r>
        <w:rPr>
          <w:b/>
        </w:rPr>
        <w:t>Supported claim and source</w:t>
      </w:r>
    </w:p>
    <w:p>
      <w:r>
        <w:t>________________________________________________________________</w:t>
      </w:r>
    </w:p>
    <w:p>
      <w:r>
        <w:rPr>
          <w:b/>
        </w:rPr>
        <w:t>Intended effect and indicator</w:t>
      </w:r>
    </w:p>
    <w:p>
      <w:r>
        <w:t>________________________________________________________________</w:t>
      </w:r>
    </w:p>
    <w:p>
      <w:r>
        <w:rPr>
          <w:b/>
        </w:rPr>
        <w:t>Accurate final classroom message</w:t>
      </w:r>
    </w:p>
    <w:p>
      <w:r>
        <w:t>________________________________________________________________</w:t>
      </w:r>
    </w:p>
    <w:p>
      <w:r>
        <w:t>Further challenge: Explain a second detail if ready.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Create a digital sustainability campaign linked to Earth Day.</w:t>
      </w:r>
    </w:p>
    <w:p>
      <w:r>
        <w:t>1. Repair the two drafts and plan a message for a stated school audience.</w:t>
      </w:r>
    </w:p>
    <w:p>
      <w:r>
        <w:t>2. Create a classroom digital message with Earth Day’s date, a feasible action and a named source.</w:t>
      </w:r>
    </w:p>
    <w:p>
      <w:r>
        <w:t>3. Independently explain the intended effect, indicator and one limit on your claim.</w:t>
      </w:r>
    </w:p>
    <w:p>
      <w:r>
        <w:t>Help: Use the cards and organiser. Choose your own evidence and explanation.</w:t>
      </w:r>
    </w:p>
    <w:p>
      <w:r>
        <w:rPr>
          <w:b/>
        </w:rPr>
        <w:t>Audience and proposed action</w:t>
      </w:r>
    </w:p>
    <w:p>
      <w:r>
        <w:t>________________________________________________________________</w:t>
      </w:r>
    </w:p>
    <w:p>
      <w:r>
        <w:rPr>
          <w:b/>
        </w:rPr>
        <w:t>Supported claim and source</w:t>
      </w:r>
    </w:p>
    <w:p>
      <w:r>
        <w:t>________________________________________________________________</w:t>
      </w:r>
    </w:p>
    <w:p>
      <w:r>
        <w:rPr>
          <w:b/>
        </w:rPr>
        <w:t>Intended effect and indicator</w:t>
      </w:r>
    </w:p>
    <w:p>
      <w:r>
        <w:t>________________________________________________________________</w:t>
      </w:r>
    </w:p>
    <w:p>
      <w:r>
        <w:rPr>
          <w:b/>
        </w:rPr>
        <w:t>Accurate final classroom message</w:t>
      </w:r>
    </w:p>
    <w:p>
      <w:r>
        <w:t>________________________________________________________________</w:t>
      </w:r>
    </w:p>
    <w:p>
      <w:r>
        <w:t>Further challenge: Compare your reasoning with one alternative.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Create a digital sustainability campaign linked to Earth Day.</w:t>
      </w:r>
    </w:p>
    <w:p>
      <w:r>
        <w:t>1. Audit both drafts for evidence gaps and implied promises.</w:t>
      </w:r>
    </w:p>
    <w:p>
      <w:r>
        <w:t>2. Create a concise classroom message that separates evidence from a request to act.</w:t>
      </w:r>
    </w:p>
    <w:p>
      <w:r>
        <w:t>3. Justify the audience, action, intended effect and indicator using source limits.</w:t>
      </w:r>
    </w:p>
    <w:p>
      <w:r>
        <w:t>4. Independently revise one phrase after a peer accuracy check and explain the revision.</w:t>
      </w:r>
    </w:p>
    <w:p>
      <w:r>
        <w:t>Help: Use the source limits and test a different priority or assumption.</w:t>
      </w:r>
    </w:p>
    <w:p>
      <w:r>
        <w:rPr>
          <w:b/>
        </w:rPr>
        <w:t>Audience and proposed action</w:t>
      </w:r>
    </w:p>
    <w:p>
      <w:r>
        <w:t>________________________________________________________________</w:t>
      </w:r>
    </w:p>
    <w:p>
      <w:r>
        <w:rPr>
          <w:b/>
        </w:rPr>
        <w:t>Supported claim and source</w:t>
      </w:r>
    </w:p>
    <w:p>
      <w:r>
        <w:t>________________________________________________________________</w:t>
      </w:r>
    </w:p>
    <w:p>
      <w:r>
        <w:rPr>
          <w:b/>
        </w:rPr>
        <w:t>Intended effect and indicator</w:t>
      </w:r>
    </w:p>
    <w:p>
      <w:r>
        <w:t>________________________________________________________________</w:t>
      </w:r>
    </w:p>
    <w:p>
      <w:r>
        <w:rPr>
          <w:b/>
        </w:rPr>
        <w:t>Accurate final classroom message</w:t>
      </w:r>
    </w:p>
    <w:p>
      <w:r>
        <w:t>________________________________________________________________</w:t>
      </w:r>
    </w:p>
    <w:p>
      <w:r>
        <w:t>Further challenge: Propose a further evidence check and explain its value.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your chosen route and give your own response</w:t>
      </w:r>
    </w:p>
    <w:p>
      <w:pPr>
        <w:pStyle w:val="Heading2"/>
      </w:pPr>
      <w:r>
        <w:t>Supported</w:t>
      </w:r>
    </w:p>
    <w:p>
      <w:r>
        <w:t>1. Give your audience and proposed action. Use a named detail and your own explanation.</w:t>
      </w:r>
    </w:p>
    <w:p>
      <w:r>
        <w:t>________________________________________________________________</w:t>
      </w:r>
    </w:p>
    <w:p>
      <w:r>
        <w:t>2. Which source supports one claim?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Explain your message’s intended effect. Use a named detail and your own explanation.</w:t>
      </w:r>
    </w:p>
    <w:p>
      <w:r>
        <w:t>________________________________________________________________</w:t>
      </w:r>
    </w:p>
    <w:p>
      <w:r>
        <w:t>2. How did you repair an unsupported claim?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Why does your evidence justify that wording? Use a named detail and your own explanation.</w:t>
      </w:r>
    </w:p>
    <w:p>
      <w:r>
        <w:t>________________________________________________________________</w:t>
      </w:r>
    </w:p>
    <w:p>
      <w:r>
        <w:t>2. What measurement could test the intended effect? Use a named detail and your own explanation.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