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Judging climate responses</w:t>
      </w:r>
    </w:p>
    <w:p>
      <w:pPr>
        <w:pStyle w:val="Subtitle"/>
      </w:pPr>
      <w:r>
        <w:t>Pupil resources | LAUNCH Humanities Summer 1 Week 2</w:t>
      </w:r>
    </w:p>
    <w:p>
      <w:r>
        <w:t>Evaluate responses to climate change.</w:t>
      </w:r>
    </w:p>
    <w:p>
      <w:r>
        <w:drawing>
          <wp:inline xmlns:a="http://schemas.openxmlformats.org/drawingml/2006/main" xmlns:pic="http://schemas.openxmlformats.org/drawingml/2006/picture">
            <wp:extent cx="6120000" cy="2203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20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Use the evidence cards and blank spaces to give your own response. Speak, point, draw, type or write.</w:t>
      </w:r>
    </w:p>
    <w:p>
      <w:r>
        <w:t>Start here: a cause contributes to change, an impact is an effect, and a response is an action. Cards A to C supply the climate examples.</w:t>
      </w:r>
    </w:p>
    <w:p>
      <w:r>
        <w:br w:type="page"/>
      </w:r>
    </w:p>
    <w:p>
      <w:pPr>
        <w:pStyle w:val="Title"/>
      </w:pPr>
      <w:r>
        <w:t>Evidence cards</w:t>
      </w:r>
    </w:p>
    <w:p>
      <w:pPr>
        <w:pStyle w:val="Subtitle"/>
      </w:pPr>
      <w:r>
        <w:t>Check the source and limit before using a detail</w:t>
      </w:r>
    </w:p>
    <w:p>
      <w:pPr>
        <w:pStyle w:val="Heading2"/>
      </w:pPr>
      <w:r>
        <w:t>A Cause impact response</w:t>
      </w:r>
    </w:p>
    <w:p>
      <w:r>
        <w:t>NASA links fossil-fuel burning to added CO2. Its response page describes sea-level rise as a climate impact and flood defences as an adaptation example. Keep cause, impact and response in separate parts of the decision grid.</w:t>
      </w:r>
    </w:p>
    <w:p>
      <w:r>
        <w:t>Source: NASA Causes; NASA Mitigation and Adaptation</w:t>
      </w:r>
    </w:p>
    <w:p>
      <w:r>
        <w:t>Limit: A general example does not establish the risk at our school.</w:t>
      </w:r>
    </w:p>
    <w:p>
      <w:pPr>
        <w:pStyle w:val="Heading2"/>
      </w:pPr>
      <w:r>
        <w:t>B Mitigation option</w:t>
      </w:r>
    </w:p>
    <w:p>
      <w:r>
        <w:t>Mitigation reduces greenhouse-gas emissions or increases their removal. AUTHORED OPTION: an adult reviews avoidable fossil-fuel energy use in a community building. Intended benefit: reduce a source of emissions. Check actual energy use before claiming a saving.</w:t>
      </w:r>
    </w:p>
    <w:p>
      <w:r>
        <w:t>Source: NASA Mitigation and Adaptation; authored application</w:t>
      </w:r>
    </w:p>
    <w:p>
      <w:r>
        <w:t>Limit: Reducing emissions does not instantly remove existing climate impacts. Costs and feasibility need local evidence.</w:t>
      </w:r>
    </w:p>
    <w:p>
      <w:pPr>
        <w:pStyle w:val="Heading2"/>
      </w:pPr>
      <w:r>
        <w:t>C Adaptation option</w:t>
      </w:r>
    </w:p>
    <w:p>
      <w:r>
        <w:t>Adaptation adjusts to actual or expected climate impacts. AUTHORED OPTION: a community assesses flood protection. Intended benefit: reduce exposure to a stated impact. Use a checked local risk assessment before choosing a design.</w:t>
      </w:r>
    </w:p>
    <w:p>
      <w:r>
        <w:t>Source: NASA Mitigation and Adaptation; authored application</w:t>
      </w:r>
    </w:p>
    <w:p>
      <w:r>
        <w:t>Limit: A flood defence is not, by itself, a reduction in fossil-fuel emissions. Do not promise protection everywhere.</w:t>
      </w:r>
    </w:p>
    <w:p>
      <w:pPr>
        <w:pStyle w:val="Heading2"/>
      </w:pPr>
      <w:r>
        <w:t>D The decision test</w:t>
      </w:r>
    </w:p>
    <w:p>
      <w:r>
        <w:t>Use a response grid: stated problem, response type, expected benefit, limitation and evidence needed. Different choices can be justified with different priorities. Our options are authored scenarios, not approved works or instructions to pupils.</w:t>
      </w:r>
    </w:p>
    <w:p>
      <w:r>
        <w:t>Source: Authored evaluation framework, 21 September 2026</w:t>
      </w:r>
    </w:p>
    <w:p>
      <w:r>
        <w:t>Limit: The classroom cards cannot establish a real building budget, energy saving or flood risk.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</w:t>
      </w:r>
    </w:p>
    <w:p>
      <w:r>
        <w:t>Start here: a cause contributes to change, an impact is an effect, and a response is an action. Cards A to C supply the climate examples.</w:t>
      </w:r>
    </w:p>
    <w:p>
      <w:pPr>
        <w:pStyle w:val="Heading2"/>
      </w:pPr>
      <w:r>
        <w:t>1 What does mitigation target?</w:t>
      </w:r>
    </w:p>
    <w:p>
      <w:r>
        <w:t>Help: Read card B.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What does adaptation target?</w:t>
      </w:r>
    </w:p>
    <w:p>
      <w:r>
        <w:t>Help: Read card C.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Is fossil-fuel burning a cause or a response in card A?</w:t>
      </w:r>
    </w:p>
    <w:p>
      <w:r>
        <w:t>Help: Follow the CO2 link.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Which option concerns flood protection?</w:t>
      </w:r>
    </w:p>
    <w:p>
      <w:r>
        <w:t>Help: Read the option titles.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</w:t>
      </w:r>
    </w:p>
    <w:p>
      <w:r>
        <w:t>Start here: a cause contributes to change, an impact is an effect, and a response is an action. Cards A to C supply the climate examples.</w:t>
      </w:r>
    </w:p>
    <w:p>
      <w:pPr>
        <w:pStyle w:val="Heading2"/>
      </w:pPr>
      <w:r>
        <w:t>1 How do cause and impact differ?</w:t>
      </w:r>
    </w:p>
    <w:p>
      <w:r>
        <w:t>Help: Use the separate examples on card A.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What intended benefit does mitigation offer?</w:t>
      </w:r>
    </w:p>
    <w:p>
      <w:r>
        <w:t>Help: Read card B.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What limitation applies to the flood option?</w:t>
      </w:r>
    </w:p>
    <w:p>
      <w:r>
        <w:t>Help: Read card C.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Can a general NASA source establish our school’s flood risk?</w:t>
      </w:r>
    </w:p>
    <w:p>
      <w:r>
        <w:t>Help: Check coverage.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</w:t>
      </w:r>
    </w:p>
    <w:p>
      <w:r>
        <w:t>Start here: a cause contributes to change, an impact is an effect, and a response is an action. Cards A to C supply the climate examples.</w:t>
      </w:r>
    </w:p>
    <w:p>
      <w:pPr>
        <w:pStyle w:val="Heading2"/>
      </w:pPr>
      <w:r>
        <w:t>1 Why might a community use both response types?</w:t>
      </w:r>
    </w:p>
    <w:p>
      <w:r>
        <w:t>Help: Compare their targets.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Why is a promised saving not a measured saving?</w:t>
      </w:r>
    </w:p>
    <w:p>
      <w:r>
        <w:t>Help: Think about baseline and follow-up.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What evidence could change a response choice?</w:t>
      </w:r>
    </w:p>
    <w:p>
      <w:r>
        <w:t>Help: Use the decision grid.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How can people disagree without rejecting the evidence?</w:t>
      </w:r>
    </w:p>
    <w:p>
      <w:r>
        <w:t>Help: Consider priorities.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investigation</w:t>
      </w:r>
    </w:p>
    <w:p>
      <w:pPr>
        <w:pStyle w:val="Subtitle"/>
      </w:pPr>
      <w:r>
        <w:t>Use the evidence; explain and check together</w:t>
      </w:r>
    </w:p>
    <w:p>
      <w:r>
        <w:t>1. Place cause, impact and response in the decision grid using card A. Work through the three decision cards and explain each match.</w:t>
      </w:r>
    </w:p>
    <w:p>
      <w:r>
        <w:t>2. Compare mitigation and adaptation: benefit, limitation and needed evidence. Agree a provisional choice for an authored scenario and justify it.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31"/>
        <w:gridCol w:w="3231"/>
        <w:gridCol w:w="3175"/>
      </w:tblGrid>
      <w:tr>
        <w:tc>
          <w:tcPr>
            <w:tcW w:type="dxa" w:w="32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Cause</w:t>
            </w:r>
          </w:p>
        </w:tc>
        <w:tc>
          <w:tcPr>
            <w:tcW w:type="dxa" w:w="32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Impact</w:t>
            </w:r>
          </w:p>
        </w:tc>
        <w:tc>
          <w:tcPr>
            <w:tcW w:type="dxa" w:w="317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Response</w:t>
            </w:r>
          </w:p>
        </w:tc>
      </w:tr>
      <w:tr>
        <w:tc>
          <w:tcPr>
            <w:tcW w:type="dxa" w:w="32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2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17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3969"/>
        <w:gridCol w:w="3402"/>
      </w:tblGrid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Approach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Benefit and source</w:t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Limitation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Mitigation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Adaptation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  <w:tc>
          <w:tcPr>
            <w:tcW w:type="dxa" w:w="34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</w:tbl>
    <w:p>
      <w:r>
        <w:rPr>
          <w:b/>
        </w:rPr>
        <w:t>My justified choice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</w:t>
      </w:r>
    </w:p>
    <w:p>
      <w:r>
        <w:t>Evaluate responses to climate change.</w:t>
      </w:r>
    </w:p>
    <w:p>
      <w:r>
        <w:t>1. Use the cause, impact and response labels with card A.</w:t>
      </w:r>
    </w:p>
    <w:p>
      <w:r>
        <w:t>2. Complete one mitigation/adaptation row using highlighted benefit and limit details.</w:t>
      </w:r>
    </w:p>
    <w:p>
      <w:r>
        <w:t>3. Independently choose a response for the stated problem and give a reason.</w:t>
      </w:r>
    </w:p>
    <w:p>
      <w:r>
        <w:t>Help: Use highlighted evidence and the frame. An adult may read or scribe your own words.</w:t>
      </w:r>
    </w:p>
    <w:p>
      <w:r>
        <w:rPr>
          <w:b/>
        </w:rPr>
        <w:t>Problem and response type</w:t>
      </w:r>
    </w:p>
    <w:p>
      <w:r>
        <w:t>________________________________________________________________</w:t>
      </w:r>
    </w:p>
    <w:p>
      <w:r>
        <w:rPr>
          <w:b/>
        </w:rPr>
        <w:t>Benefit and supporting source</w:t>
      </w:r>
    </w:p>
    <w:p>
      <w:r>
        <w:t>________________________________________________________________</w:t>
      </w:r>
    </w:p>
    <w:p>
      <w:r>
        <w:rPr>
          <w:b/>
        </w:rPr>
        <w:t>Limitation and evidence needed</w:t>
      </w:r>
    </w:p>
    <w:p>
      <w:r>
        <w:t>________________________________________________________________</w:t>
      </w:r>
    </w:p>
    <w:p>
      <w:r>
        <w:rPr>
          <w:b/>
        </w:rPr>
        <w:t>Preferred response and reason</w:t>
      </w:r>
    </w:p>
    <w:p>
      <w:r>
        <w:t>________________________________________________________________</w:t>
      </w:r>
    </w:p>
    <w:p>
      <w:r>
        <w:t>Further challenge: Explain a second detail if ready.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</w:t>
      </w:r>
    </w:p>
    <w:p>
      <w:r>
        <w:t>Evaluate responses to climate change.</w:t>
      </w:r>
    </w:p>
    <w:p>
      <w:r>
        <w:t>1. Complete the grid for both mitigation and adaptation options.</w:t>
      </w:r>
    </w:p>
    <w:p>
      <w:r>
        <w:t>2. Use a cited detail to identify a benefit and a limitation of each.</w:t>
      </w:r>
    </w:p>
    <w:p>
      <w:r>
        <w:t>3. Independently choose one for a stated problem and explain what needs checking locally.</w:t>
      </w:r>
    </w:p>
    <w:p>
      <w:r>
        <w:t>Help: Use the cards and organiser. Choose your own evidence and explanation.</w:t>
      </w:r>
    </w:p>
    <w:p>
      <w:r>
        <w:rPr>
          <w:b/>
        </w:rPr>
        <w:t>Problem and response type</w:t>
      </w:r>
    </w:p>
    <w:p>
      <w:r>
        <w:t>________________________________________________________________</w:t>
      </w:r>
    </w:p>
    <w:p>
      <w:r>
        <w:rPr>
          <w:b/>
        </w:rPr>
        <w:t>Benefit and supporting source</w:t>
      </w:r>
    </w:p>
    <w:p>
      <w:r>
        <w:t>________________________________________________________________</w:t>
      </w:r>
    </w:p>
    <w:p>
      <w:r>
        <w:rPr>
          <w:b/>
        </w:rPr>
        <w:t>Limitation and evidence needed</w:t>
      </w:r>
    </w:p>
    <w:p>
      <w:r>
        <w:t>________________________________________________________________</w:t>
      </w:r>
    </w:p>
    <w:p>
      <w:r>
        <w:rPr>
          <w:b/>
        </w:rPr>
        <w:t>Preferred response and reason</w:t>
      </w:r>
    </w:p>
    <w:p>
      <w:r>
        <w:t>________________________________________________________________</w:t>
      </w:r>
    </w:p>
    <w:p>
      <w:r>
        <w:t>Further challenge: Compare your reasoning with one alternative.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</w:t>
      </w:r>
    </w:p>
    <w:p>
      <w:r>
        <w:t>Evaluate responses to climate change.</w:t>
      </w:r>
    </w:p>
    <w:p>
      <w:r>
        <w:t>1. Compare each response against the same problem, timescale and evidence needs.</w:t>
      </w:r>
    </w:p>
    <w:p>
      <w:r>
        <w:t>2. Explain why mitigation and adaptation can complement one another.</w:t>
      </w:r>
    </w:p>
    <w:p>
      <w:r>
        <w:t>3. Challenge one unsupported promise in an option discussion.</w:t>
      </w:r>
    </w:p>
    <w:p>
      <w:r>
        <w:t>4. Independently justify a choice and a condition that could change it.</w:t>
      </w:r>
    </w:p>
    <w:p>
      <w:r>
        <w:t>Help: Use the source limits and test a different priority or assumption.</w:t>
      </w:r>
    </w:p>
    <w:p>
      <w:r>
        <w:rPr>
          <w:b/>
        </w:rPr>
        <w:t>Problem and response type</w:t>
      </w:r>
    </w:p>
    <w:p>
      <w:r>
        <w:t>________________________________________________________________</w:t>
      </w:r>
    </w:p>
    <w:p>
      <w:r>
        <w:rPr>
          <w:b/>
        </w:rPr>
        <w:t>Benefit and supporting source</w:t>
      </w:r>
    </w:p>
    <w:p>
      <w:r>
        <w:t>________________________________________________________________</w:t>
      </w:r>
    </w:p>
    <w:p>
      <w:r>
        <w:rPr>
          <w:b/>
        </w:rPr>
        <w:t>Limitation and evidence needed</w:t>
      </w:r>
    </w:p>
    <w:p>
      <w:r>
        <w:t>________________________________________________________________</w:t>
      </w:r>
    </w:p>
    <w:p>
      <w:r>
        <w:rPr>
          <w:b/>
        </w:rPr>
        <w:t>Preferred response and reason</w:t>
      </w:r>
    </w:p>
    <w:p>
      <w:r>
        <w:t>________________________________________________________________</w:t>
      </w:r>
    </w:p>
    <w:p>
      <w:r>
        <w:t>Further challenge: Propose a further evidence check and explain its value.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Use your chosen route and give your own response</w:t>
      </w:r>
    </w:p>
    <w:p>
      <w:pPr>
        <w:pStyle w:val="Heading2"/>
      </w:pPr>
      <w:r>
        <w:t>Supported</w:t>
      </w:r>
    </w:p>
    <w:p>
      <w:r>
        <w:t>1. Name a response and its type. Use a named detail and your own explanation.</w:t>
      </w:r>
    </w:p>
    <w:p>
      <w:r>
        <w:t>________________________________________________________________</w:t>
      </w:r>
    </w:p>
    <w:p>
      <w:r>
        <w:t>2. Give one benefit or limit. Use a named detail and your own explanation.</w:t>
      </w:r>
    </w:p>
    <w:p>
      <w:r>
        <w:t>________________________________________________________________</w:t>
      </w:r>
    </w:p>
    <w:p>
      <w:pPr>
        <w:pStyle w:val="Heading2"/>
      </w:pPr>
      <w:r>
        <w:t>Standard</w:t>
      </w:r>
    </w:p>
    <w:p>
      <w:r>
        <w:t>1. Justify one response using evidence. Use a named detail and your own explanation.</w:t>
      </w:r>
    </w:p>
    <w:p>
      <w:r>
        <w:t>________________________________________________________________</w:t>
      </w:r>
    </w:p>
    <w:p>
      <w:r>
        <w:t>2. What local evidence is still needed? Use a named detail and your own explanation.</w:t>
      </w:r>
    </w:p>
    <w:p>
      <w:r>
        <w:t>________________________________________________________________</w:t>
      </w:r>
    </w:p>
    <w:p>
      <w:pPr>
        <w:pStyle w:val="Heading2"/>
      </w:pPr>
      <w:r>
        <w:t>Stretch</w:t>
      </w:r>
    </w:p>
    <w:p>
      <w:r>
        <w:t>1. How could mitigation and adaptation complement each other? Use a named detail and your own explanation.</w:t>
      </w:r>
    </w:p>
    <w:p>
      <w:r>
        <w:t>________________________________________________________________</w:t>
      </w:r>
    </w:p>
    <w:p>
      <w:r>
        <w:t>2. Which condition could change your choice? Use a named detail and your own explanation.</w:t>
      </w:r>
    </w:p>
    <w:p>
      <w:r>
        <w:t>________________________________________________________________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