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Our locality study and evidence</w:t>
      </w:r>
    </w:p>
    <w:p>
      <w:pPr>
        <w:pStyle w:val="Subtitle"/>
      </w:pPr>
      <w:r>
        <w:t>Pupil resources | GROW Humanities Summer 1 Week 6</w:t>
      </w:r>
    </w:p>
    <w:p>
      <w:r>
        <w:t>Complete a fieldwork and locality study and bank UAS evidence.</w:t>
      </w:r>
    </w:p>
    <w:p>
      <w:r>
        <w:drawing>
          <wp:inline xmlns:a="http://schemas.openxmlformats.org/drawingml/2006/main" xmlns:pic="http://schemas.openxmlformats.org/drawingml/2006/picture">
            <wp:extent cx="6120000" cy="306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6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Authored teaching picture. Use the evidence cards and give your own response in the blank spaces.</w:t>
      </w:r>
    </w:p>
    <w:p>
      <w:r>
        <w:br w:type="page"/>
      </w:r>
    </w:p>
    <w:p>
      <w:pPr>
        <w:pStyle w:val="Title"/>
      </w:pPr>
      <w:r>
        <w:t>Evidence cards</w:t>
      </w:r>
    </w:p>
    <w:p>
      <w:pPr>
        <w:pStyle w:val="Subtitle"/>
      </w:pPr>
      <w:r>
        <w:t>Read the source and limitation before using a detail</w:t>
      </w:r>
    </w:p>
    <w:p>
      <w:pPr>
        <w:pStyle w:val="Heading2"/>
      </w:pPr>
      <w:r>
        <w:t>D Question and method</w:t>
      </w:r>
    </w:p>
    <w:p>
      <w:r>
        <w:t>An enquiry needs a clear question and a method. State where observations happened, what you counted and how you avoided duplicates. Name the roles and safe route used.</w:t>
      </w:r>
    </w:p>
    <w:p>
      <w:r>
        <w:t>Source: Authored study checklist</w:t>
      </w:r>
    </w:p>
    <w:p>
      <w:r>
        <w:t>Limit: If you use the supplied tally, label the work as practice rather than real fieldwork.</w:t>
      </w:r>
    </w:p>
    <w:p>
      <w:pPr>
        <w:pStyle w:val="Heading2"/>
      </w:pPr>
      <w:r>
        <w:t>H Mapped observations</w:t>
      </w:r>
    </w:p>
    <w:p>
      <w:r>
        <w:t>Use the checked class plan. Put observation point labels beside the matching counts. Check that the table, graph and conclusion use the same units and totals.</w:t>
      </w:r>
    </w:p>
    <w:p>
      <w:r>
        <w:t>Source: Authored accuracy checklist</w:t>
      </w:r>
    </w:p>
    <w:p>
      <w:r>
        <w:t>Limit: A concept picture cannot replace a checked plan of real observations.</w:t>
      </w:r>
    </w:p>
    <w:p>
      <w:pPr>
        <w:pStyle w:val="Heading2"/>
      </w:pPr>
      <w:r>
        <w:t>O Comparison and conclusion</w:t>
      </w:r>
    </w:p>
    <w:p>
      <w:r>
        <w:t>Use the same criterion for both places. Give a conclusion that answers your enquiry and includes data. Explain one thing the evidence cannot establish.</w:t>
      </w:r>
    </w:p>
    <w:p>
      <w:r>
        <w:t>Source: Authored evidence routine</w:t>
      </w:r>
    </w:p>
    <w:p>
      <w:r>
        <w:t>Limit: A source gap needs further evidence rather than a guess.</w:t>
      </w:r>
    </w:p>
    <w:p>
      <w:pPr>
        <w:pStyle w:val="Heading2"/>
      </w:pPr>
      <w:r>
        <w:t>S Evidence selection</w:t>
      </w:r>
    </w:p>
    <w:p>
      <w:r>
        <w:t>Select the enquiry, method, mapped observations, comparison and conclusion. Add dates, support used and one accuracy check. An adult may record your own spoken or pointed response.</w:t>
      </w:r>
    </w:p>
    <w:p>
      <w:r>
        <w:t>Source: Authored evidence-bank checklist</w:t>
      </w:r>
    </w:p>
    <w:p>
      <w:r>
        <w:t>Limit: The centre checks the selected evidence against its chosen UAS requirements. No unit code is assigned here.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Supported</w:t>
      </w:r>
    </w:p>
    <w:p>
      <w:r>
        <w:t>Start here: an enquiry is a question. A method explains the steps. Data are recorded observations. A conclusion answers the question using evidence. The practice record is available if earlier work is missing.</w:t>
      </w:r>
    </w:p>
    <w:p>
      <w:pPr>
        <w:pStyle w:val="Heading2"/>
      </w:pPr>
      <w:r>
        <w:t>1 What is an enquiry?</w:t>
      </w:r>
    </w:p>
    <w:p>
      <w:r>
        <w:t>Help: Use the reminder.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What does a method explain?</w:t>
      </w:r>
    </w:p>
    <w:p>
      <w:r>
        <w:t>Help: Think about your steps.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Where should a location label go?</w:t>
      </w:r>
    </w:p>
    <w:p>
      <w:r>
        <w:t>Help: Look at the plan and tally.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What should a conclusion use?</w:t>
      </w:r>
    </w:p>
    <w:p>
      <w:r>
        <w:t>Help: Choose evidence or a guess.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Standard</w:t>
      </w:r>
    </w:p>
    <w:p>
      <w:r>
        <w:t>Start here: an enquiry is a question. A method explains the steps. Data are recorded observations. A conclusion answers the question using evidence. The practice record is available if earlier work is missing.</w:t>
      </w:r>
    </w:p>
    <w:p>
      <w:pPr>
        <w:pStyle w:val="Heading2"/>
      </w:pPr>
      <w:r>
        <w:t>1 Which sections should a study include?</w:t>
      </w:r>
    </w:p>
    <w:p>
      <w:r>
        <w:t>Help: Read the checklist cards.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How can you check graph accuracy?</w:t>
      </w:r>
    </w:p>
    <w:p>
      <w:r>
        <w:t>Help: Compare it with the table.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Why record support used?</w:t>
      </w:r>
    </w:p>
    <w:p>
      <w:r>
        <w:t>Help: Think about what the evidence shows.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What should you do if evidence is missing?</w:t>
      </w:r>
    </w:p>
    <w:p>
      <w:r>
        <w:t>Help: Use card O.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Stretch</w:t>
      </w:r>
    </w:p>
    <w:p>
      <w:r>
        <w:t>Start here: an enquiry is a question. A method explains the steps. Data are recorded observations. A conclusion answers the question using evidence. The practice record is available if earlier work is missing.</w:t>
      </w:r>
    </w:p>
    <w:p>
      <w:pPr>
        <w:pStyle w:val="Heading2"/>
      </w:pPr>
      <w:r>
        <w:t>1 Why might a conclusion need revising?</w:t>
      </w:r>
    </w:p>
    <w:p>
      <w:r>
        <w:t>Help: Think about a changed count.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How do you distinguish practice from fieldwork evidence?</w:t>
      </w:r>
    </w:p>
    <w:p>
      <w:r>
        <w:t>Help: Think about source labels.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What should an adult note include?</w:t>
      </w:r>
    </w:p>
    <w:p>
      <w:r>
        <w:t>Help: Use card 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How can you justify your evidence selection?</w:t>
      </w:r>
    </w:p>
    <w:p>
      <w:r>
        <w:t>Help: Link each item to the enquiry.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Shared investigation</w:t>
      </w:r>
    </w:p>
    <w:p>
      <w:pPr>
        <w:pStyle w:val="Subtitle"/>
      </w:pPr>
      <w:r>
        <w:t>Suggest, check and swap roles</w:t>
      </w:r>
    </w:p>
    <w:p>
      <w:r>
        <w:t>1. Use a separate practice example to assemble question, method, location label and result. Check that each claim points to evidence before writing a conclusion.</w:t>
      </w:r>
    </w:p>
    <w:p>
      <w:r>
        <w:t>2. Use the portfolio record to preview the selection. Identify a missing section, an accuracy check and support used. Then work independently with your own study or labelled practice evidence.</w:t>
      </w:r>
    </w:p>
    <w:p>
      <w:r>
        <w:rPr>
          <w:b/>
        </w:rPr>
        <w:t>Question and method</w:t>
      </w:r>
    </w:p>
    <w:p>
      <w:r>
        <w:t>________________________________________________________________</w:t>
      </w:r>
    </w:p>
    <w:p>
      <w:r>
        <w:rPr>
          <w:b/>
        </w:rPr>
        <w:t>Mapped observations and data</w:t>
      </w:r>
    </w:p>
    <w:p>
      <w:r>
        <w:t>________________________________________________________________</w:t>
      </w:r>
    </w:p>
    <w:p>
      <w:r>
        <w:rPr>
          <w:b/>
        </w:rPr>
        <w:t>Comparison and own conclusion</w:t>
      </w:r>
    </w:p>
    <w:p>
      <w:r>
        <w:t>________________________________________________________________</w:t>
      </w:r>
    </w:p>
    <w:p>
      <w:r>
        <w:rPr>
          <w:b/>
        </w:rPr>
        <w:t>Accuracy check / support / evidence selected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Supported</w:t>
      </w:r>
    </w:p>
    <w:p>
      <w:r>
        <w:t>Complete a fieldwork and locality study and bank UAS evidence.</w:t>
      </w:r>
    </w:p>
    <w:p>
      <w:r>
        <w:t>1. Use the checklist to assemble your question, method and one labelled observation point.</w:t>
      </w:r>
    </w:p>
    <w:p>
      <w:r>
        <w:t>2. Add checked counts and a comparison using two source details.</w:t>
      </w:r>
    </w:p>
    <w:p>
      <w:r>
        <w:t>3. Independently give your conclusion. Select evidence and record access support or an adult note.</w:t>
      </w:r>
    </w:p>
    <w:p>
      <w:r>
        <w:t>Help: Use an adult reader or scribe for your own words. The adult does not supply the conclusion.</w:t>
      </w:r>
    </w:p>
    <w:p>
      <w:r>
        <w:rPr>
          <w:b/>
        </w:rPr>
        <w:t>Enquiry question and method record</w:t>
      </w:r>
    </w:p>
    <w:p>
      <w:r>
        <w:t>________________________________________________________________</w:t>
      </w:r>
    </w:p>
    <w:p>
      <w:r>
        <w:rPr>
          <w:b/>
        </w:rPr>
        <w:t>Mapped observations and checked data</w:t>
      </w:r>
    </w:p>
    <w:p>
      <w:r>
        <w:t>________________________________________________________________</w:t>
      </w:r>
    </w:p>
    <w:p>
      <w:r>
        <w:rPr>
          <w:b/>
        </w:rPr>
        <w:t>Comparison and supported conclusion</w:t>
      </w:r>
    </w:p>
    <w:p>
      <w:r>
        <w:t>________________________________________________________________</w:t>
      </w:r>
    </w:p>
    <w:p>
      <w:r>
        <w:rPr>
          <w:b/>
        </w:rPr>
        <w:t>Evidence selected and support recorded</w:t>
      </w:r>
    </w:p>
    <w:p>
      <w:r>
        <w:t>________________________________________________________________</w:t>
      </w:r>
    </w:p>
    <w:p>
      <w:r>
        <w:t>Further challenge: Say how you checked one value.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Standard</w:t>
      </w:r>
    </w:p>
    <w:p>
      <w:r>
        <w:t>Complete a fieldwork and locality study and bank UAS evidence.</w:t>
      </w:r>
    </w:p>
    <w:p>
      <w:r>
        <w:t>1. Assemble enquiry, method, mapped observations and comparison in the study record.</w:t>
      </w:r>
    </w:p>
    <w:p>
      <w:r>
        <w:t>2. Check location labels, table totals, graph units and source references.</w:t>
      </w:r>
    </w:p>
    <w:p>
      <w:r>
        <w:t>3. Independently conclude using data, state a limit and select dated evidence with support recorded.</w:t>
      </w:r>
    </w:p>
    <w:p>
      <w:r>
        <w:t>Help: Use the checklist for organisation while keeping the conclusion your own.</w:t>
      </w:r>
    </w:p>
    <w:p>
      <w:r>
        <w:rPr>
          <w:b/>
        </w:rPr>
        <w:t>Enquiry question and method record</w:t>
      </w:r>
    </w:p>
    <w:p>
      <w:r>
        <w:t>________________________________________________________________</w:t>
      </w:r>
    </w:p>
    <w:p>
      <w:r>
        <w:rPr>
          <w:b/>
        </w:rPr>
        <w:t>Mapped observations and checked data</w:t>
      </w:r>
    </w:p>
    <w:p>
      <w:r>
        <w:t>________________________________________________________________</w:t>
      </w:r>
    </w:p>
    <w:p>
      <w:r>
        <w:rPr>
          <w:b/>
        </w:rPr>
        <w:t>Comparison and supported conclusion</w:t>
      </w:r>
    </w:p>
    <w:p>
      <w:r>
        <w:t>________________________________________________________________</w:t>
      </w:r>
    </w:p>
    <w:p>
      <w:r>
        <w:rPr>
          <w:b/>
        </w:rPr>
        <w:t>Evidence selected and support recorded</w:t>
      </w:r>
    </w:p>
    <w:p>
      <w:r>
        <w:t>________________________________________________________________</w:t>
      </w:r>
    </w:p>
    <w:p>
      <w:r>
        <w:t>Further challenge: Identify an improvement for a future study.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Stretch</w:t>
      </w:r>
    </w:p>
    <w:p>
      <w:r>
        <w:t>Complete a fieldwork and locality study and bank UAS evidence.</w:t>
      </w:r>
    </w:p>
    <w:p>
      <w:r>
        <w:t>1. Audit the full study against all required sections and identify a gap.</w:t>
      </w:r>
    </w:p>
    <w:p>
      <w:r>
        <w:t>2. Check the mapped data and comparison for consistency and source limits.</w:t>
      </w:r>
    </w:p>
    <w:p>
      <w:r>
        <w:t>3. Independently justify a conclusion with data and evaluate the effect of the gap.</w:t>
      </w:r>
    </w:p>
    <w:p>
      <w:r>
        <w:t>4. Select evidence and explain the next observation that would strengthen it.</w:t>
      </w:r>
    </w:p>
    <w:p>
      <w:r>
        <w:t>Help: Explain how evidence strength affects the conclusion and proposed next step.</w:t>
      </w:r>
    </w:p>
    <w:p>
      <w:r>
        <w:rPr>
          <w:b/>
        </w:rPr>
        <w:t>Enquiry question and method record</w:t>
      </w:r>
    </w:p>
    <w:p>
      <w:r>
        <w:t>________________________________________________________________</w:t>
      </w:r>
    </w:p>
    <w:p>
      <w:r>
        <w:rPr>
          <w:b/>
        </w:rPr>
        <w:t>Mapped observations and checked data</w:t>
      </w:r>
    </w:p>
    <w:p>
      <w:r>
        <w:t>________________________________________________________________</w:t>
      </w:r>
    </w:p>
    <w:p>
      <w:r>
        <w:rPr>
          <w:b/>
        </w:rPr>
        <w:t>Comparison and supported conclusion</w:t>
      </w:r>
    </w:p>
    <w:p>
      <w:r>
        <w:t>________________________________________________________________</w:t>
      </w:r>
    </w:p>
    <w:p>
      <w:r>
        <w:rPr>
          <w:b/>
        </w:rPr>
        <w:t>Evidence selected and support recorded</w:t>
      </w:r>
    </w:p>
    <w:p>
      <w:r>
        <w:t>________________________________________________________________</w:t>
      </w:r>
    </w:p>
    <w:p>
      <w:r>
        <w:t>Further challenge: Explain which new evidence could challenge the conclusion.</w:t>
      </w:r>
    </w:p>
    <w:p>
      <w:r>
        <w:br w:type="page"/>
      </w:r>
    </w:p>
    <w:p>
      <w:pPr>
        <w:pStyle w:val="Title"/>
      </w:pPr>
      <w:r>
        <w:t>Exit tickets</w:t>
      </w:r>
    </w:p>
    <w:p>
      <w:pPr>
        <w:pStyle w:val="Subtitle"/>
      </w:pPr>
      <w:r>
        <w:t>Give your own response using your chosen route</w:t>
      </w:r>
    </w:p>
    <w:p>
      <w:pPr>
        <w:pStyle w:val="Heading2"/>
      </w:pPr>
      <w:r>
        <w:t>Supported</w:t>
      </w:r>
    </w:p>
    <w:p>
      <w:r>
        <w:t>1. Give your conclusion and one supporting count. Use your checked study.</w:t>
      </w:r>
    </w:p>
    <w:p>
      <w:r>
        <w:t>________________________________________________________________</w:t>
      </w:r>
    </w:p>
    <w:p>
      <w:r>
        <w:t>2. What evidence and support will you record? Point to the selected items.</w:t>
      </w:r>
    </w:p>
    <w:p>
      <w:r>
        <w:t>________________________________________________________________</w:t>
      </w:r>
    </w:p>
    <w:p>
      <w:pPr>
        <w:pStyle w:val="Heading2"/>
      </w:pPr>
      <w:r>
        <w:t>Standard</w:t>
      </w:r>
    </w:p>
    <w:p>
      <w:r>
        <w:t>1. How does your conclusion answer the enquiry? Include data and a limit.</w:t>
      </w:r>
    </w:p>
    <w:p>
      <w:r>
        <w:t>________________________________________________________________</w:t>
      </w:r>
    </w:p>
    <w:p>
      <w:r>
        <w:t>2. Which items show your learning and what support was used? Name the selected evidence.</w:t>
      </w:r>
    </w:p>
    <w:p>
      <w:r>
        <w:t>________________________________________________________________</w:t>
      </w:r>
    </w:p>
    <w:p>
      <w:pPr>
        <w:pStyle w:val="Heading2"/>
      </w:pPr>
      <w:r>
        <w:t>Stretch</w:t>
      </w:r>
    </w:p>
    <w:p>
      <w:r>
        <w:t>1. How secure is your conclusion? Use data and an evidence gap.</w:t>
      </w:r>
    </w:p>
    <w:p>
      <w:r>
        <w:t>________________________________________________________________</w:t>
      </w:r>
    </w:p>
    <w:p>
      <w:r>
        <w:t>2. Which next check would most improve the study? Explain the choice.</w:t>
      </w:r>
    </w:p>
    <w:p>
      <w:r>
        <w:t>________________________________________________________________</w:t>
      </w:r>
    </w:p>
    <w:sectPr w:rsidR="00FC693F" w:rsidRPr="0006063C" w:rsidSect="00034616"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