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Physical and human features</w:t>
      </w:r>
    </w:p>
    <w:p>
      <w:pPr>
        <w:pStyle w:val="Subtitle"/>
      </w:pPr>
      <w:r>
        <w:t>Pupil resources | GROW Humanities Summer 1 Week 4</w:t>
      </w:r>
    </w:p>
    <w:p>
      <w:r>
        <w:t>Describe physical and human features of a place.</w:t>
      </w:r>
    </w:p>
    <w:p>
      <w:r>
        <w:drawing>
          <wp:inline xmlns:a="http://schemas.openxmlformats.org/drawingml/2006/main" xmlns:pic="http://schemas.openxmlformats.org/drawingml/2006/picture">
            <wp:extent cx="6120000" cy="27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Authored teaching picture. Use the evidence cards and give your own response in the blank spaces.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Read the source and limitation before using a detail</w:t>
      </w:r>
    </w:p>
    <w:p>
      <w:pPr>
        <w:pStyle w:val="Heading2"/>
      </w:pPr>
      <w:r>
        <w:t>D River</w:t>
      </w:r>
    </w:p>
    <w:p>
      <w:r>
        <w:t>In the authored picture, the river is a natural watercourse. Label the watercourse and explain the evidence for a physical feature.</w:t>
      </w:r>
    </w:p>
    <w:p>
      <w:r>
        <w:t>Source: Authored feature picture</w:t>
      </w:r>
    </w:p>
    <w:p>
      <w:r>
        <w:t>Limit: A real river may also be managed. This example specifies a natural watercourse.</w:t>
      </w:r>
    </w:p>
    <w:p>
      <w:pPr>
        <w:pStyle w:val="Heading2"/>
      </w:pPr>
      <w:r>
        <w:t>H Road</w:t>
      </w:r>
    </w:p>
    <w:p>
      <w:r>
        <w:t>The road in the picture was built for travel. Its surface and planned route are evidence of a human feature.</w:t>
      </w:r>
    </w:p>
    <w:p>
      <w:r>
        <w:t>Source: Authored feature picture</w:t>
      </w:r>
    </w:p>
    <w:p>
      <w:r>
        <w:t>Limit: The drawing does not tell us traffic levels.</w:t>
      </w:r>
    </w:p>
    <w:p>
      <w:pPr>
        <w:pStyle w:val="Heading2"/>
      </w:pPr>
      <w:r>
        <w:t>O Reservoir</w:t>
      </w:r>
    </w:p>
    <w:p>
      <w:r>
        <w:t>A reservoir holds water behind a dam built by people. Water is a physical part of the environment, while the dam and storage purpose are human changes. Explain why Could be both is useful here.</w:t>
      </w:r>
    </w:p>
    <w:p>
      <w:r>
        <w:t>Source: Authored reservoir example</w:t>
      </w:r>
    </w:p>
    <w:p>
      <w:r>
        <w:t>Limit: Some classifications call the whole reservoir human. State your criterion and justify it.</w:t>
      </w:r>
    </w:p>
    <w:p>
      <w:pPr>
        <w:pStyle w:val="Heading2"/>
      </w:pPr>
      <w:r>
        <w:t>S Annotation method</w:t>
      </w:r>
    </w:p>
    <w:p>
      <w:r>
        <w:t>Point to a feature. Name it, choose a category, then add a because statement using a visible detail. Check a partner’s label against the picture.</w:t>
      </w:r>
    </w:p>
    <w:p>
      <w:r>
        <w:t>Source: Authored annotation routine</w:t>
      </w:r>
    </w:p>
    <w:p>
      <w:r>
        <w:t>Limit: An attractive label is not enough without a supporting detail.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Start here: physical features occur naturally. Human features are made or changed by people. Some examples have both aspects. Use the three evidence cards even if you missed fieldwork.</w:t>
      </w:r>
    </w:p>
    <w:p>
      <w:pPr>
        <w:pStyle w:val="Heading2"/>
      </w:pPr>
      <w:r>
        <w:t>1 Is a built road physical or human?</w:t>
      </w:r>
    </w:p>
    <w:p>
      <w:r>
        <w:t>Help: People built it.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Find the river label.</w:t>
      </w:r>
    </w:p>
    <w:p>
      <w:r>
        <w:t>Help: Use the supplied picture.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does an annotation add?</w:t>
      </w:r>
    </w:p>
    <w:p>
      <w:r>
        <w:t>Help: Choose a reason or decoration.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Can water and construction appear together?</w:t>
      </w:r>
    </w:p>
    <w:p>
      <w:r>
        <w:t>Help: Read card O.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Start here: physical features occur naturally. Human features are made or changed by people. Some examples have both aspects. Use the three evidence cards even if you missed fieldwork.</w:t>
      </w:r>
    </w:p>
    <w:p>
      <w:pPr>
        <w:pStyle w:val="Heading2"/>
      </w:pPr>
      <w:r>
        <w:t>1 What distinguishes a physical feature?</w:t>
      </w:r>
    </w:p>
    <w:p>
      <w:r>
        <w:t>Help: Use the reminder.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Give evidence that the road is human.</w:t>
      </w:r>
    </w:p>
    <w:p>
      <w:r>
        <w:t>Help: Read card H.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Why might the reservoir be ambiguous?</w:t>
      </w:r>
    </w:p>
    <w:p>
      <w:r>
        <w:t>Help: Look for natural and built parts.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makes a label useful evidence?</w:t>
      </w:r>
    </w:p>
    <w:p>
      <w:r>
        <w:t>Help: Read card 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Start here: physical features occur naturally. Human features are made or changed by people. Some examples have both aspects. Use the three evidence cards even if you missed fieldwork.</w:t>
      </w:r>
    </w:p>
    <w:p>
      <w:pPr>
        <w:pStyle w:val="Heading2"/>
      </w:pPr>
      <w:r>
        <w:t>1 Can people change a natural feature?</w:t>
      </w:r>
    </w:p>
    <w:p>
      <w:r>
        <w:t>Help: Think about a dam.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How would you decide a boundary case?</w:t>
      </w:r>
    </w:p>
    <w:p>
      <w:r>
        <w:t>Help: Name the rule used.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Why might two justified labels differ?</w:t>
      </w:r>
    </w:p>
    <w:p>
      <w:r>
        <w:t>Help: Think about what each label describes.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How can you check an annotation?</w:t>
      </w:r>
    </w:p>
    <w:p>
      <w:r>
        <w:t>Help: Use the picture and a partner.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investigation</w:t>
      </w:r>
    </w:p>
    <w:p>
      <w:pPr>
        <w:pStyle w:val="Subtitle"/>
      </w:pPr>
      <w:r>
        <w:t>Suggest, check and swap roles</w:t>
      </w:r>
    </w:p>
    <w:p>
      <w:r>
        <w:t>1. Sort Natural river, Built road and Reservoir behind a dam into Physical, Human or Could be both. Say what evidence supports each choice.</w:t>
      </w:r>
    </w:p>
    <w:p>
      <w:r>
        <w:t>2. Discuss the reservoir boundary case. Model a because annotation, then annotate two features on the authored picture with a partner.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2835"/>
        <w:gridCol w:w="3969"/>
      </w:tblGrid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Feature card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My category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My reason</w:t>
            </w:r>
          </w:p>
        </w:tc>
      </w:tr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Natural river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Built road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Reservoir behind a dam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</w:tbl>
    <w:p>
      <w:r>
        <w:t>Category bank: Physical / Human / Could be both. Use the authored picture to add labels and reasons.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Describe physical and human features of a place.</w:t>
      </w:r>
    </w:p>
    <w:p>
      <w:r>
        <w:t>1. Point to the river and road with the picture key.</w:t>
      </w:r>
    </w:p>
    <w:p>
      <w:r>
        <w:t>2. Add a category label to each with a sentence stem.</w:t>
      </w:r>
    </w:p>
    <w:p>
      <w:r>
        <w:t>3. Independently explain one label using a visible detail.</w:t>
      </w:r>
    </w:p>
    <w:p>
      <w:r>
        <w:t>Help: Use the word bank and one label at a time. An adult may scribe your words.</w:t>
      </w:r>
    </w:p>
    <w:p>
      <w:r>
        <w:rPr>
          <w:b/>
        </w:rPr>
        <w:t>Feature named on the picture</w:t>
      </w:r>
    </w:p>
    <w:p>
      <w:r>
        <w:t>________________________________________________________________</w:t>
      </w:r>
    </w:p>
    <w:p>
      <w:r>
        <w:rPr>
          <w:b/>
        </w:rPr>
        <w:t>Category and visible evidence</w:t>
      </w:r>
    </w:p>
    <w:p>
      <w:r>
        <w:t>________________________________________________________________</w:t>
      </w:r>
    </w:p>
    <w:p>
      <w:r>
        <w:rPr>
          <w:b/>
        </w:rPr>
        <w:t>Ambiguous example and reason</w:t>
      </w:r>
    </w:p>
    <w:p>
      <w:r>
        <w:t>________________________________________________________________</w:t>
      </w:r>
    </w:p>
    <w:p>
      <w:r>
        <w:rPr>
          <w:b/>
        </w:rPr>
        <w:t>Comparison with a second feature</w:t>
      </w:r>
    </w:p>
    <w:p>
      <w:r>
        <w:t>________________________________________________________________</w:t>
      </w:r>
    </w:p>
    <w:p>
      <w:r>
        <w:t>Further challenge: Add a reason for the reservoir.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Describe physical and human features of a place.</w:t>
      </w:r>
    </w:p>
    <w:p>
      <w:r>
        <w:t>1. Annotate the river, road and reservoir on the picture.</w:t>
      </w:r>
    </w:p>
    <w:p>
      <w:r>
        <w:t>2. For each, add a category and a because statement.</w:t>
      </w:r>
    </w:p>
    <w:p>
      <w:r>
        <w:t>3. Independently compare two features and explain the ambiguous case.</w:t>
      </w:r>
    </w:p>
    <w:p>
      <w:r>
        <w:t>Help: Use a pointer or leader line so each annotation names its feature.</w:t>
      </w:r>
    </w:p>
    <w:p>
      <w:r>
        <w:rPr>
          <w:b/>
        </w:rPr>
        <w:t>Feature named on the picture</w:t>
      </w:r>
    </w:p>
    <w:p>
      <w:r>
        <w:t>________________________________________________________________</w:t>
      </w:r>
    </w:p>
    <w:p>
      <w:r>
        <w:rPr>
          <w:b/>
        </w:rPr>
        <w:t>Category and visible evidence</w:t>
      </w:r>
    </w:p>
    <w:p>
      <w:r>
        <w:t>________________________________________________________________</w:t>
      </w:r>
    </w:p>
    <w:p>
      <w:r>
        <w:rPr>
          <w:b/>
        </w:rPr>
        <w:t>Ambiguous example and reason</w:t>
      </w:r>
    </w:p>
    <w:p>
      <w:r>
        <w:t>________________________________________________________________</w:t>
      </w:r>
    </w:p>
    <w:p>
      <w:r>
        <w:rPr>
          <w:b/>
        </w:rPr>
        <w:t>Comparison with a second feature</w:t>
      </w:r>
    </w:p>
    <w:p>
      <w:r>
        <w:t>________________________________________________________________</w:t>
      </w:r>
    </w:p>
    <w:p>
      <w:r>
        <w:t>Further challenge: Suggest another feature that might need discussion.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Describe physical and human features of a place.</w:t>
      </w:r>
    </w:p>
    <w:p>
      <w:r>
        <w:t>1. Create a clear annotation key for the picture.</w:t>
      </w:r>
    </w:p>
    <w:p>
      <w:r>
        <w:t>2. Justify categories for all three features with evidence.</w:t>
      </w:r>
    </w:p>
    <w:p>
      <w:r>
        <w:t>3. Give two defensible ways to classify the reservoir.</w:t>
      </w:r>
    </w:p>
    <w:p>
      <w:r>
        <w:t>4. Independently compare the features and explain which rule you prefer.</w:t>
      </w:r>
    </w:p>
    <w:p>
      <w:r>
        <w:t>Help: Separate what the picture shows from what you would need to investigate.</w:t>
      </w:r>
    </w:p>
    <w:p>
      <w:r>
        <w:rPr>
          <w:b/>
        </w:rPr>
        <w:t>Feature named on the picture</w:t>
      </w:r>
    </w:p>
    <w:p>
      <w:r>
        <w:t>________________________________________________________________</w:t>
      </w:r>
    </w:p>
    <w:p>
      <w:r>
        <w:rPr>
          <w:b/>
        </w:rPr>
        <w:t>Category and visible evidence</w:t>
      </w:r>
    </w:p>
    <w:p>
      <w:r>
        <w:t>________________________________________________________________</w:t>
      </w:r>
    </w:p>
    <w:p>
      <w:r>
        <w:rPr>
          <w:b/>
        </w:rPr>
        <w:t>Ambiguous example and reason</w:t>
      </w:r>
    </w:p>
    <w:p>
      <w:r>
        <w:t>________________________________________________________________</w:t>
      </w:r>
    </w:p>
    <w:p>
      <w:r>
        <w:rPr>
          <w:b/>
        </w:rPr>
        <w:t>Comparison with a second feature</w:t>
      </w:r>
    </w:p>
    <w:p>
      <w:r>
        <w:t>________________________________________________________________</w:t>
      </w:r>
    </w:p>
    <w:p>
      <w:r>
        <w:t>Further challenge: Explain what further evidence could change a label.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Give your own response using your chosen route</w:t>
      </w:r>
    </w:p>
    <w:p>
      <w:pPr>
        <w:pStyle w:val="Heading2"/>
      </w:pPr>
      <w:r>
        <w:t>Supported</w:t>
      </w:r>
    </w:p>
    <w:p>
      <w:r>
        <w:t>1. Name one physical feature and give a reason. Use the authored picture.</w:t>
      </w:r>
    </w:p>
    <w:p>
      <w:r>
        <w:t>________________________________________________________________</w:t>
      </w:r>
    </w:p>
    <w:p>
      <w:r>
        <w:t>2. Name one human feature and give a reason. Point or explain.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How does your annotation show a physical or human feature? Include evidence.</w:t>
      </w:r>
    </w:p>
    <w:p>
      <w:r>
        <w:t>________________________________________________________________</w:t>
      </w:r>
    </w:p>
    <w:p>
      <w:r>
        <w:t>2. Why can the reservoir be discussed as both? Name both aspects.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Defend one classification of the reservoir. State your rule.</w:t>
      </w:r>
    </w:p>
    <w:p>
      <w:r>
        <w:t>________________________________________________________________</w:t>
      </w:r>
    </w:p>
    <w:p>
      <w:r>
        <w:t>2. Compare two features with a limit to your evidence. Use precise labels.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