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Atlases grid references and digital maps</w:t>
      </w:r>
    </w:p>
    <w:p>
      <w:pPr>
        <w:pStyle w:val="Subtitle"/>
      </w:pPr>
      <w:r>
        <w:t>Pupil resources | GROW Humanities Summer 1 Week 2</w:t>
      </w:r>
    </w:p>
    <w:p>
      <w:r>
        <w:t>Use atlases grid references and digital maps.</w:t>
      </w:r>
    </w:p>
    <w:p>
      <w:r>
        <w:drawing>
          <wp:inline xmlns:a="http://schemas.openxmlformats.org/drawingml/2006/main" xmlns:pic="http://schemas.openxmlformats.org/drawingml/2006/picture">
            <wp:extent cx="6120000" cy="28604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604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this labelled reference for the activities. Give your own response in the blank spaces. Point, speak, draw, type or write.</w:t>
      </w:r>
    </w:p>
    <w:p>
      <w:r>
        <w:t>The practice place is invented. Read eastings first, then northings. Printed references are reference data; check your reading against them.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Read with a partner or adult then use a named detail</w:t>
      </w:r>
    </w:p>
    <w:p>
      <w:pPr>
        <w:pStyle w:val="Heading2"/>
      </w:pPr>
      <w:r>
        <w:t>A Practice grid method</w:t>
      </w:r>
    </w:p>
    <w:p>
      <w:r>
        <w:t>The practice grid is an invented place. Read eastings across first, then northings up. Use the lines at the left and bottom of the square. Four figures identify a square, not an exact point.</w:t>
      </w:r>
    </w:p>
    <w:p>
      <w:r>
        <w:t>Source: Authored practice grid; Ordnance Survey grid references guide</w:t>
      </w:r>
    </w:p>
    <w:p>
      <w:r>
        <w:t>Limit: Its numbers are practice references, not full national-grid coordinates.</w:t>
      </w:r>
    </w:p>
    <w:p>
      <w:pPr>
        <w:pStyle w:val="Heading2"/>
      </w:pPr>
      <w:r>
        <w:t>B Atlas view of the School</w:t>
      </w:r>
    </w:p>
    <w:p>
      <w:r>
        <w:t>Fictional atlas example of the same practice place: the index entry School points to page A, square C2. Open that page and follow its page grid. The printed view and scale stay fixed until you choose a different map.</w:t>
      </w:r>
    </w:p>
    <w:p>
      <w:r>
        <w:t>Source: Authored atlas evidence card for the supplied practice place</w:t>
      </w:r>
    </w:p>
    <w:p>
      <w:r>
        <w:t>Limit: C2 is an atlas page locator. It is a different system from the four-figure practice grid.</w:t>
      </w:r>
    </w:p>
    <w:p>
      <w:pPr>
        <w:pStyle w:val="Heading2"/>
      </w:pPr>
      <w:r>
        <w:t>C Digital view of the School</w:t>
      </w:r>
    </w:p>
    <w:p>
      <w:r>
        <w:t>Fictional digital-map example of the same School: use its public place name in a search box, change zoom and switch relevant layers. These controls change what you see. Your teacher demonstrates equivalent controls on the school’s approved tool using a public place.</w:t>
      </w:r>
    </w:p>
    <w:p>
      <w:r>
        <w:t>Source: Authored digital-map evidence card for the same practice place</w:t>
      </w:r>
    </w:p>
    <w:p>
      <w:r>
        <w:t>Limit: No live map is embedded. The practice place is invented. Never search for a home address.</w:t>
      </w:r>
    </w:p>
    <w:p>
      <w:pPr>
        <w:pStyle w:val="Heading2"/>
      </w:pPr>
      <w:r>
        <w:t>D A route between squares</w:t>
      </w:r>
    </w:p>
    <w:p>
      <w:r>
        <w:t>On the practice grid, start at School. Move one square north to Library, then one square east to Hall. Trace each move and use the printed references. This is a map route, not an outdoor walking instruction.</w:t>
      </w:r>
    </w:p>
    <w:p>
      <w:r>
        <w:t>Source: Authored practice grid</w:t>
      </w:r>
    </w:p>
    <w:p>
      <w:r>
        <w:t>Limit: The grid does not show paths, entrances or a safe real-world route.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Revisit earlier atlas and grid work. Start here if it is new: an atlas is a book of maps; the key explains symbols; read eastings across first, then northings up. The practice map already prints each reference.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What does an atlas contain?</w:t>
      </w:r>
    </w:p>
    <w:p>
      <w:r>
        <w:t>Help: Choose maps or recipes.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Which number comes first: easting or northing?</w:t>
      </w:r>
    </w:p>
    <w:p>
      <w:r>
        <w:t>Help: Across first, then up.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Find School and read its printed reference.</w:t>
      </w:r>
    </w:p>
    <w:p>
      <w:r>
        <w:t>Help: Use the S label and the number below it.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does a map key explain?</w:t>
      </w:r>
    </w:p>
    <w:p>
      <w:r>
        <w:t>Help: Look at the key on the grid.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Revisit earlier atlas and grid work. Start here if it is new: an atlas is a book of maps; the key explains symbols; read eastings across first, then northings up. The practice map already prints each reference.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How can an atlas index help you?</w:t>
      </w:r>
    </w:p>
    <w:p>
      <w:r>
        <w:t>Help: Think about finding a named place.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State the order for reading a four-figure reference.</w:t>
      </w:r>
    </w:p>
    <w:p>
      <w:r>
        <w:t>Help: Across, then up.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Read the reference printed for Hall.</w:t>
      </w:r>
    </w:p>
    <w:p>
      <w:r>
        <w:t>Help: Use its left and bottom grid lines to check.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does the reference identify?</w:t>
      </w:r>
    </w:p>
    <w:p>
      <w:r>
        <w:t>Help: A whole square or an exact doorway?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Revisit earlier atlas and grid work. Start here if it is new: an atlas is a book of maps; the key explains symbols; read eastings across first, then northings up. The practice map already prints each reference.</w:t>
      </w:r>
    </w:p>
    <w:p>
      <w:r>
        <w:t>Begin with questions 1 and 2. Try 3 and 4 when ready. Use the reference map and cards.</w:t>
      </w:r>
    </w:p>
    <w:p>
      <w:pPr>
        <w:pStyle w:val="Heading2"/>
      </w:pPr>
      <w:r>
        <w:t>1 How is an atlas index different from its page grid?</w:t>
      </w:r>
    </w:p>
    <w:p>
      <w:r>
        <w:t>Help: Think about the two steps used to find a place.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Explain why the order of the numbers matters.</w:t>
      </w:r>
    </w:p>
    <w:p>
      <w:r>
        <w:t>Help: Think about across and up.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Read Park’s reference and explain each pair.</w:t>
      </w:r>
    </w:p>
    <w:p>
      <w:r>
        <w:t>Help: Check the lines left of and below its square.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Could the grid alone show a safe route through a real place?</w:t>
      </w:r>
    </w:p>
    <w:p>
      <w:r>
        <w:t>Help: Look for paths and entrances.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map investigation</w:t>
      </w:r>
    </w:p>
    <w:p>
      <w:pPr>
        <w:pStyle w:val="Subtitle"/>
      </w:pPr>
      <w:r>
        <w:t>One person locates and the other checks then swap</w:t>
      </w:r>
    </w:p>
    <w:p>
      <w:r>
        <w:t>1. Model Library: eastings 10, northings 21, reference 1021. Trace School → Library → Hall. Partners set and check a fresh feature challenge.</w:t>
      </w:r>
    </w:p>
    <w:p>
      <w:r>
        <w:t>2. Compare cards B and C showing the same School. Watch the teacher use the approved mapping tool for a public place; identify search, zoom and an available layer.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3969"/>
        <w:gridCol w:w="3969"/>
      </w:tblGrid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Same School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How I find it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What I can change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Atlas card B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Digital card C</w:t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</w:tbl>
    <w:p>
      <w:r>
        <w:rPr>
          <w:b/>
        </w:rPr>
        <w:t>Our route School to Library to Hall with directions and references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One control shown by the teacher</w:t>
      </w:r>
    </w:p>
    <w:p>
      <w:r>
        <w:t>________________________________________________________________</w:t>
      </w:r>
    </w:p>
    <w:p>
      <w:r>
        <w:rPr>
          <w:b/>
        </w:rPr>
        <w:t>My partner challenge and how we checked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Use atlases grid references and digital maps.</w:t>
      </w:r>
    </w:p>
    <w:p>
      <w:r>
        <w:t>1. Find Library and Hall. Copy and check each printed reference.</w:t>
      </w:r>
    </w:p>
    <w:p>
      <w:r>
        <w:t>2. Trace School → Library → Hall with an adult. Say north, then east.</w:t>
      </w:r>
    </w:p>
    <w:p>
      <w:r>
        <w:t>3. Independently find the feature in 1220, then choose one useful digital control from card C.</w:t>
      </w:r>
    </w:p>
    <w:p>
      <w:r>
        <w:t>Help: Cover unused parts of the grid. Read one card at a time. Adult reads instructions; you choose the feature and explain.</w:t>
      </w:r>
    </w:p>
    <w:p>
      <w:r>
        <w:rPr>
          <w:b/>
        </w:rPr>
        <w:t>Feature and printed grid reference</w:t>
      </w:r>
    </w:p>
    <w:p>
      <w:r>
        <w:t>________________________________________________________________</w:t>
      </w:r>
    </w:p>
    <w:p>
      <w:r>
        <w:rPr>
          <w:b/>
        </w:rPr>
        <w:t>Route with directions and squares</w:t>
      </w:r>
    </w:p>
    <w:p>
      <w:r>
        <w:t>________________________________________________________________</w:t>
      </w:r>
    </w:p>
    <w:p>
      <w:r>
        <w:rPr>
          <w:b/>
        </w:rPr>
        <w:t>Independent location response</w:t>
      </w:r>
    </w:p>
    <w:p>
      <w:r>
        <w:t>________________________________________________________________</w:t>
      </w:r>
    </w:p>
    <w:p>
      <w:r>
        <w:rPr>
          <w:b/>
        </w:rPr>
        <w:t>Atlas and digital map comparison</w:t>
      </w:r>
    </w:p>
    <w:p>
      <w:r>
        <w:t>________________________________________________________________</w:t>
      </w:r>
    </w:p>
    <w:p>
      <w:r>
        <w:t>Further challenge: Give the reference of School without a location prompt.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Use atlases grid references and digital maps.</w:t>
      </w:r>
    </w:p>
    <w:p>
      <w:r>
        <w:t>1. Record the printed references for Library, Health centre and Park.</w:t>
      </w:r>
    </w:p>
    <w:p>
      <w:r>
        <w:t>2. Describe the grid route School → Library → Hall, using directions and square references.</w:t>
      </w:r>
    </w:p>
    <w:p>
      <w:r>
        <w:t>3. Independently identify the feature in 1220 and explain one atlas/digital-map difference.</w:t>
      </w:r>
    </w:p>
    <w:p>
      <w:r>
        <w:t>Help: Eastings first: ___. Northings second: ___. The square is ___. An atlas ___; a digital map ___.</w:t>
      </w:r>
    </w:p>
    <w:p>
      <w:r>
        <w:rPr>
          <w:b/>
        </w:rPr>
        <w:t>Feature and printed grid reference</w:t>
      </w:r>
    </w:p>
    <w:p>
      <w:r>
        <w:t>________________________________________________________________</w:t>
      </w:r>
    </w:p>
    <w:p>
      <w:r>
        <w:rPr>
          <w:b/>
        </w:rPr>
        <w:t>Route with directions and squares</w:t>
      </w:r>
    </w:p>
    <w:p>
      <w:r>
        <w:t>________________________________________________________________</w:t>
      </w:r>
    </w:p>
    <w:p>
      <w:r>
        <w:rPr>
          <w:b/>
        </w:rPr>
        <w:t>Independent location response</w:t>
      </w:r>
    </w:p>
    <w:p>
      <w:r>
        <w:t>________________________________________________________________</w:t>
      </w:r>
    </w:p>
    <w:p>
      <w:r>
        <w:rPr>
          <w:b/>
        </w:rPr>
        <w:t>Atlas and digital map comparison</w:t>
      </w:r>
    </w:p>
    <w:p>
      <w:r>
        <w:t>________________________________________________________________</w:t>
      </w:r>
    </w:p>
    <w:p>
      <w:r>
        <w:t>Further challenge: Set a new partner challenge using a different labelled feature.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Use atlases grid references and digital maps.</w:t>
      </w:r>
    </w:p>
    <w:p>
      <w:r>
        <w:t>1. Check references for Library, Hall, Health centre and Park against the printed grid.</w:t>
      </w:r>
    </w:p>
    <w:p>
      <w:r>
        <w:t>2. Write the School → Library → Hall route with references and directions, then reverse it.</w:t>
      </w:r>
    </w:p>
    <w:p>
      <w:r>
        <w:t>3. Independently identify the feature in 1220 and justify your reading order.</w:t>
      </w:r>
    </w:p>
    <w:p>
      <w:r>
        <w:t>4. Compare atlas page grid and digital zoom/layers for the same School. State one limitation of each.</w:t>
      </w:r>
    </w:p>
    <w:p>
      <w:r>
        <w:t>Help: Use the supplied sources. Distinguish a practice grid reference from the atlas card’s page locator.</w:t>
      </w:r>
    </w:p>
    <w:p>
      <w:r>
        <w:rPr>
          <w:b/>
        </w:rPr>
        <w:t>Feature and printed grid reference</w:t>
      </w:r>
    </w:p>
    <w:p>
      <w:r>
        <w:t>________________________________________________________________</w:t>
      </w:r>
    </w:p>
    <w:p>
      <w:r>
        <w:rPr>
          <w:b/>
        </w:rPr>
        <w:t>Route with directions and squares</w:t>
      </w:r>
    </w:p>
    <w:p>
      <w:r>
        <w:t>________________________________________________________________</w:t>
      </w:r>
    </w:p>
    <w:p>
      <w:r>
        <w:rPr>
          <w:b/>
        </w:rPr>
        <w:t>Independent location response</w:t>
      </w:r>
    </w:p>
    <w:p>
      <w:r>
        <w:t>________________________________________________________________</w:t>
      </w:r>
    </w:p>
    <w:p>
      <w:r>
        <w:rPr>
          <w:b/>
        </w:rPr>
        <w:t>Atlas and digital map comparison</w:t>
      </w:r>
    </w:p>
    <w:p>
      <w:r>
        <w:t>________________________________________________________________</w:t>
      </w:r>
    </w:p>
    <w:p>
      <w:r>
        <w:t>Further challenge: Explain why an atlas page locator and a four-figure grid reference need different keys, and why a grid route is not a safe walking route.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Which feature is in 1220? Read the map yourself.</w:t>
      </w:r>
    </w:p>
    <w:p>
      <w:r>
        <w:t>________________________________________________________________</w:t>
      </w:r>
    </w:p>
    <w:p>
      <w:r>
        <w:t>2. Which pair comes first in a four-figure reference? Use the words easting and northing.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Give Health centre’s reference and explain the reading order. Use the printed grid to check.</w:t>
      </w:r>
    </w:p>
    <w:p>
      <w:r>
        <w:t>________________________________________________________________</w:t>
      </w:r>
    </w:p>
    <w:p>
      <w:r>
        <w:t>2. Give one useful difference between the atlas and digital views of the same School. Use cards B and C and the teacher demonstration.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Give the reverse route Hall → Library → School, with directions and references. Check every square.</w:t>
      </w:r>
    </w:p>
    <w:p>
      <w:r>
        <w:t>________________________________________________________________</w:t>
      </w:r>
    </w:p>
    <w:p>
      <w:r>
        <w:t>2. Why might you use both an atlas and a digital map for the same public place? Explain their uses and one limit.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