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notes and answers</w:t>
      </w:r>
    </w:p>
    <w:p>
      <w:pPr>
        <w:pStyle w:val="Subtitle"/>
      </w:pPr>
      <w:r>
        <w:t>Continents and oceans | BUILD_SU1_W05 | STAFF ONLY</w:t>
      </w:r>
    </w:p>
    <w:p>
      <w:pPr>
        <w:pStyle w:val="Heading1"/>
      </w:pPr>
      <w:r>
        <w:t>Scheme of work alignment</w:t>
      </w:r>
    </w:p>
    <w:p>
      <w:r>
        <w:t>Outcome: Talk about the wider world using continents and oceans.</w:t>
      </w:r>
    </w:p>
    <w:p>
      <w:r>
        <w:t>Teaching and application: Use a globe and large map to locate the UK, continents and major oceans. Match labels together; independently identify a chosen continent and ocean using a reduced choice bank if needed.</w:t>
      </w:r>
    </w:p>
    <w:p>
      <w:r>
        <w:t>Assessment: F: matching or labelling response and short retrieval check.</w:t>
      </w:r>
    </w:p>
    <w:p>
      <w:r>
        <w:t>Metadata: absolute_week 31; sow_page 31; assessment_mode false. Source document: Humanities Scheme of Work 2026–27(1).docx, physical page 12, BUILD Summer 1. No approved UAS unit code is supplied.</w:t>
      </w:r>
    </w:p>
    <w:p>
      <w:pPr>
        <w:pStyle w:val="Heading1"/>
      </w:pPr>
      <w:r>
        <w:t>Preparation</w:t>
      </w:r>
    </w:p>
    <w:p>
      <w:r>
        <w:t>Use the original SVG labelled simplified teaching map, not to scale. It shows seven continents and five oceans, without country borders. The UK is marked by a small dot and callout in Europe; it is a country, not a continent. Use Australia as the continent name in this seven-continent convention. The Pacific appears at both edges of the flat map and is one ocean. Check a globe if available; the flat map distorts shapes and sizes.</w:t>
      </w:r>
    </w:p>
    <w:p>
      <w:pPr>
        <w:pStyle w:val="Heading1"/>
      </w:pPr>
      <w:r>
        <w:t>Access and feedback</w:t>
      </w:r>
    </w:p>
    <w:p>
      <w:r>
        <w:t>Give one instruction at a time. Offer pointing, speech, drawing, typing or writing. Use a reduced choice set if needed. Keep communication support and fade content prompts before the individual check.</w:t>
      </w:r>
    </w:p>
    <w:p>
      <w:r>
        <w:t>Offer a two-card first choice, private pointing or an adult reading labels. No speed race or public score is needed.</w:t>
      </w:r>
    </w:p>
    <w:p>
      <w:r>
        <w:t>Print only the chosen arrival and independent routes. Keep staff answers separate. Use a private response, read aloud, point, speak, draw or write. Record content prompting separately from access support.</w:t>
      </w:r>
    </w:p>
    <w:p>
      <w:r>
        <w:br w:type="page"/>
      </w:r>
    </w:p>
    <w:p>
      <w:pPr>
        <w:pStyle w:val="Title"/>
      </w:pPr>
      <w:r>
        <w:t>Teaching sequence</w:t>
      </w:r>
    </w:p>
    <w:p>
      <w:pPr>
        <w:pStyle w:val="Subtitle"/>
      </w:pPr>
      <w:r>
        <w:t>Nine stages | 40 minutes, with flexible pauses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850"/>
        <w:gridCol w:w="6803"/>
      </w:tblGrid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Stage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r>
              <w:t>Min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Teaching and next attempt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Opening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0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Talk about the wider world using continents and oceans.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Arrival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4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Offer two choices, model one example and recheck with a new one.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Starter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3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Ask for one observation or label, then hear the revised response.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I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6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Pause after each model step and invite a check.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We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7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Use the paired routine, swap roles and hear each learner’s reason.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Check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2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Ask the learner to repair the misconception and explain the change.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Independent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12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Keep access support while fading content prompts. Record each learner’s own response.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Review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3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Give one precise next step and time for the learner to act on it.</w:t>
            </w:r>
          </w:p>
        </w:tc>
      </w:tr>
      <w:tr>
        <w:tc>
          <w:tcPr>
            <w:tcW w:type="dxa" w:w="198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Exit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3</w:t>
            </w:r>
          </w:p>
        </w:tc>
        <w:tc>
          <w:tcPr>
            <w:tcW w:type="dxa" w:w="680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Use the individual response to choose a revisit, consolidation or extension.</w:t>
            </w:r>
          </w:p>
        </w:tc>
      </w:tr>
    </w:tbl>
    <w:p>
      <w:r>
        <w:br w:type="page"/>
      </w:r>
    </w:p>
    <w:p>
      <w:pPr>
        <w:pStyle w:val="Title"/>
      </w:pPr>
      <w:r>
        <w:t>Worked model and preparation</w:t>
      </w:r>
    </w:p>
    <w:p>
      <w:pPr>
        <w:pStyle w:val="Subtitle"/>
      </w:pPr>
      <w:r>
        <w:t>Read before teaching</w:t>
      </w:r>
    </w:p>
    <w:p>
      <w:r>
        <w:t>Question: Which continent contains the UK, and which ocean lies to its west?</w:t>
      </w:r>
    </w:p>
    <w:p>
      <w:r>
        <w:t>Evidence: The UK dot is in Europe. The Atlantic Ocean label is to the left, west of Europe.</w:t>
      </w:r>
    </w:p>
    <w:p>
      <w:r>
        <w:t>Explain: Europe is the continent. The Atlantic is the ocean to the west of the UK.</w:t>
      </w:r>
    </w:p>
    <w:p>
      <w:r>
        <w:t>Check: Point to both labels. A globe shows that Earth is round; this map is simplified.</w:t>
      </w:r>
    </w:p>
    <w:p>
      <w:pPr>
        <w:pStyle w:val="Heading1"/>
      </w:pPr>
      <w:r>
        <w:t>Practical setup</w:t>
      </w:r>
    </w:p>
    <w:p>
      <w:r>
        <w:t>Use the original labelled SVG as a large reference and the unlabelled map plus cut-out cards for responses. A globe is optional; if unavailable, explain that Earth is round and the flat map has been opened out. The Pacific continues across its two edges. This lesson uses the seven-continent convention with Australia. Do not call the ocean labels separate bodies of unconnected water.</w:t>
      </w:r>
    </w:p>
    <w:p>
      <w:r>
        <w:t>The map deliberately omits most islands, national borders, distances and fine coastline detail. UK is a locator dot in Europe. Do not use it for navigation or to assess exact boundaries.</w:t>
      </w:r>
    </w:p>
    <w:p>
      <w:pPr>
        <w:pStyle w:val="Heading1"/>
      </w:pPr>
      <w:r>
        <w:t>Fact sources</w:t>
      </w:r>
    </w:p>
    <w:p>
      <w:r>
        <w:t>National Geographic, Continent: https://education.nationalgeographic.org/resource/Continent/</w:t>
      </w:r>
    </w:p>
    <w:p>
      <w:r>
        <w:t>NOAA, How many oceans are there?: https://oceanservice.noaa.gov/facts/howmanyoceans.html</w:t>
      </w:r>
    </w:p>
    <w:p>
      <w:r>
        <w:t>Checked 21 September 2026. SVG shapes and layout are original teaching artwork, not copied from those sources.</w:t>
      </w:r>
    </w:p>
    <w:p>
      <w:r>
        <w:br w:type="page"/>
      </w:r>
    </w:p>
    <w:p>
      <w:pPr>
        <w:pStyle w:val="Title"/>
      </w:pPr>
      <w:r>
        <w:t>Answers and checks</w:t>
      </w:r>
    </w:p>
    <w:p>
      <w:pPr>
        <w:pStyle w:val="Subtitle"/>
      </w:pPr>
      <w:r>
        <w:t>Staff only</w:t>
      </w:r>
    </w:p>
    <w:p>
      <w:pPr>
        <w:pStyle w:val="Heading2"/>
      </w:pPr>
      <w:r>
        <w:t>Arrival Supported</w:t>
      </w:r>
    </w:p>
    <w:p>
      <w:r>
        <w:t>1. Any land region.</w:t>
      </w:r>
    </w:p>
    <w:p>
      <w:r>
        <w:t>2. Any ocean water area.</w:t>
      </w:r>
    </w:p>
    <w:p>
      <w:r>
        <w:t>3. Europe is beside the UK dot.</w:t>
      </w:r>
    </w:p>
    <w:p>
      <w:r>
        <w:t>4. Atlantic Ocean.</w:t>
      </w:r>
    </w:p>
    <w:p>
      <w:pPr>
        <w:pStyle w:val="Heading2"/>
      </w:pPr>
      <w:r>
        <w:t>Arrival Standard</w:t>
      </w:r>
    </w:p>
    <w:p>
      <w:r>
        <w:t>1. A round model of Earth.</w:t>
      </w:r>
    </w:p>
    <w:p>
      <w:r>
        <w:t>2. A continent.</w:t>
      </w:r>
    </w:p>
    <w:p>
      <w:r>
        <w:t>3. Europe.</w:t>
      </w:r>
    </w:p>
    <w:p>
      <w:r>
        <w:t>4. Arctic, Atlantic, Indian, Pacific or Southern Ocean.</w:t>
      </w:r>
    </w:p>
    <w:p>
      <w:pPr>
        <w:pStyle w:val="Heading2"/>
      </w:pPr>
      <w:r>
        <w:t>Arrival Stretch</w:t>
      </w:r>
    </w:p>
    <w:p>
      <w:r>
        <w:t>1. Africa.</w:t>
      </w:r>
    </w:p>
    <w:p>
      <w:r>
        <w:t>2. Atlantic Ocean.</w:t>
      </w:r>
    </w:p>
    <w:p>
      <w:r>
        <w:t>3. The map cuts through one Pacific Ocean; the edges join around Earth.</w:t>
      </w:r>
    </w:p>
    <w:p>
      <w:r>
        <w:t>4. No. It is simplified and not to scale.</w:t>
      </w:r>
    </w:p>
    <w:p>
      <w:pPr>
        <w:pStyle w:val="Heading1"/>
      </w:pPr>
      <w:r>
        <w:t>Shared activity</w:t>
      </w:r>
    </w:p>
    <w:p>
      <w:r>
        <w:t>1. Europe. The UK dot and callout point to Europe.</w:t>
      </w:r>
    </w:p>
    <w:p>
      <w:r>
        <w:t>2. Africa. Africa is below Europe on this north-up map.</w:t>
      </w:r>
    </w:p>
    <w:p>
      <w:r>
        <w:t>3. Atlantic Ocean. The Atlantic label sits between those land regions.</w:t>
      </w:r>
    </w:p>
    <w:p>
      <w:r>
        <w:t>4. Pacific Ocean. Both edge labels name the same Pacific Ocean.</w:t>
      </w:r>
    </w:p>
    <w:p>
      <w:pPr>
        <w:pStyle w:val="Heading1"/>
      </w:pPr>
      <w:r>
        <w:t>Check the method</w:t>
      </w:r>
    </w:p>
    <w:p>
      <w:r>
        <w:t>No. Both labels name the same Pacific Ocean. The flat map cuts through the Pacific; there are five named oceans in this lesson.</w:t>
      </w:r>
    </w:p>
    <w:p>
      <w:r>
        <w:br w:type="page"/>
      </w:r>
    </w:p>
    <w:p>
      <w:pPr>
        <w:pStyle w:val="Title"/>
      </w:pPr>
      <w:r>
        <w:t>Assessment and feedback</w:t>
      </w:r>
    </w:p>
    <w:p>
      <w:pPr>
        <w:pStyle w:val="Subtitle"/>
      </w:pPr>
      <w:r>
        <w:t>Individual evidence and next steps</w:t>
      </w:r>
    </w:p>
    <w:p>
      <w:r>
        <w:t>Retain one individually identified continent and one ocean, plus the short exit check. Record whether the learner used a reduced word bank, reading support or a location prompt.</w:t>
      </w:r>
    </w:p>
    <w:p>
      <w:r>
        <w:t>Continents: Africa, Antarctica, Asia, Australia, Europe, North America and South America. Oceans: Arctic, Atlantic, Indian, Pacific and Southern. The UK is in Europe. Accept any correctly located chosen continent and ocean; check the marker on the labelled reference map. The Pacific at both map edges is one ocean.</w:t>
      </w:r>
    </w:p>
    <w:p>
      <w:r>
        <w:t>Feedback cycle: name the successful step, identify one precise improvement, hear the learner’s response about support, then provide a fresh attempt. Use school feedback codes under current policy.</w:t>
      </w:r>
    </w:p>
    <w:p>
      <w:r>
        <w:rPr>
          <w:b/>
        </w:rPr>
        <w:t>Learner response and evidence source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Support used / content prompts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What is secure / what needs another attempt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Agreed next step and fresh response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Lesson vocabulary</w:t>
      </w:r>
    </w:p>
    <w:p>
      <w:r>
        <w:t>Use these definitions with the lesson and knowledge organiser.</w:t>
      </w:r>
    </w:p>
    <w:p>
      <w:r>
        <w:rPr>
          <w:b/>
        </w:rPr>
        <w:t xml:space="preserve">continent — </w:t>
      </w:r>
      <w:r>
        <w:t>One of the seven large land regions in this lesson.</w:t>
      </w:r>
    </w:p>
    <w:p>
      <w:r>
        <w:rPr>
          <w:b/>
        </w:rPr>
        <w:t xml:space="preserve">ocean — </w:t>
      </w:r>
      <w:r>
        <w:t>One of the five named parts of the connected global ocean.</w:t>
      </w:r>
    </w:p>
    <w:p>
      <w:r>
        <w:rPr>
          <w:b/>
        </w:rPr>
        <w:t xml:space="preserve">world map — </w:t>
      </w:r>
      <w:r>
        <w:t>A flat picture showing places across Earth.</w:t>
      </w:r>
    </w:p>
    <w:p>
      <w:r>
        <w:rPr>
          <w:b/>
        </w:rPr>
        <w:t xml:space="preserve">globe — </w:t>
      </w:r>
      <w:r>
        <w:t>A round model of Earth.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