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Continents and oceans</w:t>
      </w:r>
    </w:p>
    <w:p>
      <w:pPr>
        <w:pStyle w:val="Subtitle"/>
      </w:pPr>
      <w:r>
        <w:t>Knowledge organiser | BUILD Humanities</w:t>
      </w:r>
    </w:p>
    <w:p>
      <w:r>
        <w:t>Talk about the wider world using continents and oceans.</w:t>
      </w:r>
    </w:p>
    <w:p>
      <w:pPr>
        <w:pStyle w:val="Heading1"/>
      </w:pPr>
      <w:r>
        <w:t>Words to use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Word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Meaning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continent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One of the seven large land regions in this lesson.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ocean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One of the five named parts of the connected global ocean.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world map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 flat picture showing places across Earth.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globe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 round model of Earth.</w:t>
            </w:r>
          </w:p>
        </w:tc>
      </w:tr>
    </w:tbl>
    <w:p>
      <w:pPr>
        <w:pStyle w:val="Heading1"/>
      </w:pPr>
      <w:r>
        <w:t>A method to use</w:t>
      </w:r>
    </w:p>
    <w:p>
      <w:r>
        <w:t>1. Find land and ocean on the map.</w:t>
      </w:r>
    </w:p>
    <w:p>
      <w:r>
        <w:t>2. Choose a continent name and find its region.</w:t>
      </w:r>
    </w:p>
    <w:p>
      <w:r>
        <w:t>3. Choose an ocean name and find its water area.</w:t>
      </w:r>
    </w:p>
    <w:p>
      <w:r>
        <w:t>4. Point, name and check both choices.</w:t>
      </w:r>
    </w:p>
    <w:p>
      <w:pPr>
        <w:pStyle w:val="Heading1"/>
      </w:pPr>
      <w:r>
        <w:t>Remember</w:t>
      </w:r>
    </w:p>
    <w:p>
      <w:r>
        <w:t>Seven continents: Africa, Antarctica, Asia, Australia, Europe, North America, South America. Five oceans: Arctic, Atlantic, Indian, Pacific, Southern. Two Pacific labels on a flat map show the same ocean.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