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Continents and oceans</w:t>
      </w:r>
    </w:p>
    <w:p>
      <w:pPr>
        <w:pStyle w:val="Subtitle"/>
      </w:pPr>
      <w:r>
        <w:t>Pupil resources | BUILD Humanities Summer 1</w:t>
      </w:r>
    </w:p>
    <w:p>
      <w:r>
        <w:t>Talk about the wider world using continents and oceans.</w:t>
      </w:r>
    </w:p>
    <w:p>
      <w:r>
        <w:drawing>
          <wp:inline xmlns:a="http://schemas.openxmlformats.org/drawingml/2006/main" xmlns:pic="http://schemas.openxmlformats.org/drawingml/2006/picture">
            <wp:extent cx="5760000" cy="32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the pupil world map and label bank. Point, place a card, speak, draw or write.</w:t>
      </w:r>
    </w:p>
    <w:p>
      <w:r>
        <w:br w:type="page"/>
      </w:r>
    </w:p>
    <w:p>
      <w:pPr>
        <w:pStyle w:val="Title"/>
      </w:pPr>
      <w:r>
        <w:t>My world map</w:t>
      </w:r>
    </w:p>
    <w:p>
      <w:pPr>
        <w:pStyle w:val="Subtitle"/>
      </w:pPr>
      <w:r>
        <w:t>Place or write labels, then point and explain</w:t>
      </w:r>
    </w:p>
    <w:p>
      <w:r>
        <w:drawing>
          <wp:inline xmlns:a="http://schemas.openxmlformats.org/drawingml/2006/main" xmlns:pic="http://schemas.openxmlformats.org/drawingml/2006/picture">
            <wp:extent cx="6120000" cy="34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the label bank or the reduced choice bank your adult gives you. You may point or place a label while an adult records your own choice. The UK dot helps you start; it is not a country border.</w:t>
      </w:r>
    </w:p>
    <w:p>
      <w:r>
        <w:rPr>
          <w:b/>
        </w:rPr>
        <w:t>My chosen continent</w:t>
      </w:r>
    </w:p>
    <w:p>
      <w:r>
        <w:t>________________________________________________________________</w:t>
      </w:r>
    </w:p>
    <w:p>
      <w:r>
        <w:rPr>
          <w:b/>
        </w:rPr>
        <w:t>My chosen ocean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World-map label cards</w:t>
      </w:r>
    </w:p>
    <w:p>
      <w:pPr>
        <w:pStyle w:val="Subtitle"/>
      </w:pPr>
      <w:r>
        <w:t>Cut out or copy the names</w:t>
      </w:r>
    </w:p>
    <w:p>
      <w:r>
        <w:t>Place each name on land or water. Use the reference map to check after your first attempt. One Pacific label may sit on either edge: it is the same ocean.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Continent labels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Ocean labels</w:t>
            </w:r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Africa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Arctic Ocean</w:t>
            </w:r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Antarctica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Atlantic Ocean</w:t>
            </w:r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Asia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Indian Ocean</w:t>
            </w:r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Australia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Pacific Ocean</w:t>
            </w:r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Europe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Southern Ocean</w:t>
            </w:r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North America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/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South America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/>
          </w:p>
        </w:tc>
      </w:tr>
    </w:tbl>
    <w:p>
      <w:pPr>
        <w:pStyle w:val="Heading1"/>
      </w:pPr>
      <w:r>
        <w:t>Reduced choice bank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Continent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Ocean</w:t>
            </w:r>
          </w:p>
        </w:tc>
      </w:tr>
      <w:tr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Europe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Atlantic Ocean</w:t>
            </w:r>
          </w:p>
        </w:tc>
      </w:tr>
    </w:tbl>
    <w:p>
      <w:r>
        <w:t>Seven continents and five oceans. Land shapes and distances are simplified. There are no country borders on this teaching map.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 | Continents and oceans</w:t>
      </w:r>
    </w:p>
    <w:p>
      <w:r>
        <w:t>A continent is a large land region. An ocean is a named part of the world’s connected salt water. We will use the labels together.</w:t>
      </w:r>
    </w:p>
    <w:p>
      <w:r>
        <w:t>Use the reference sheet. Start with questions 1 and 2.</w:t>
      </w:r>
    </w:p>
    <w:p>
      <w:pPr>
        <w:pStyle w:val="Heading2"/>
      </w:pPr>
      <w:r>
        <w:t>1. Point to some land.</w:t>
      </w:r>
    </w:p>
    <w:p>
      <w:r>
        <w:t>Help: Use a green or cream land shape.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2. Point to some ocean.</w:t>
      </w:r>
    </w:p>
    <w:p>
      <w:r>
        <w:t>Help: Use the blue area.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3. Find Europe using the label.</w:t>
      </w:r>
    </w:p>
    <w:p>
      <w:r>
        <w:t>Help: Look near the UK callout.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4. Choose the ocean name: Atlantic Ocean or Europe.</w:t>
      </w:r>
    </w:p>
    <w:p>
      <w:r>
        <w:t>Help: An ocean name labels water.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 | Continents and oceans</w:t>
      </w:r>
    </w:p>
    <w:p>
      <w:r>
        <w:t>A continent is a large land region. An ocean is a named part of the world’s connected salt water. We will use the labels together.</w:t>
      </w:r>
    </w:p>
    <w:p>
      <w:r>
        <w:t>Use the reference sheet. Start with questions 1 and 2.</w:t>
      </w:r>
    </w:p>
    <w:p>
      <w:pPr>
        <w:pStyle w:val="Heading2"/>
      </w:pPr>
      <w:r>
        <w:t>1. What is a globe?</w:t>
      </w:r>
    </w:p>
    <w:p>
      <w:r>
        <w:t>Help: Think about its shape.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2. Is Africa a continent or an ocean?</w:t>
      </w:r>
    </w:p>
    <w:p>
      <w:r>
        <w:t>Help: Find Africa on land.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3. What continent contains the UK?</w:t>
      </w:r>
    </w:p>
    <w:p>
      <w:r>
        <w:t>Help: Use the dot and label.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4. Name an ocean from the map.</w:t>
      </w:r>
    </w:p>
    <w:p>
      <w:r>
        <w:t>Help: Choose any ocean label.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 | Continents and oceans</w:t>
      </w:r>
    </w:p>
    <w:p>
      <w:r>
        <w:t>A continent is a large land region. An ocean is a named part of the world’s connected salt water. We will use the labels together.</w:t>
      </w:r>
    </w:p>
    <w:p>
      <w:r>
        <w:t>Use the reference sheet. Start with questions 1 and 2.</w:t>
      </w:r>
    </w:p>
    <w:p>
      <w:pPr>
        <w:pStyle w:val="Heading2"/>
      </w:pPr>
      <w:r>
        <w:t>1. Name a continent south of Europe.</w:t>
      </w:r>
    </w:p>
    <w:p>
      <w:r>
        <w:t>Help: Look down the north-up map.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2. Which ocean lies between the Americas and Europe?</w:t>
      </w:r>
    </w:p>
    <w:p>
      <w:r>
        <w:t>Help: Read the water label.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3. Why is Pacific written at both edges?</w:t>
      </w:r>
    </w:p>
    <w:p>
      <w:r>
        <w:t>Help: A flat map has to have a cut.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4. Can this drawing compare exact continent sizes?</w:t>
      </w:r>
    </w:p>
    <w:p>
      <w:r>
        <w:t>Help: Read the map caption.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activity</w:t>
      </w:r>
    </w:p>
    <w:p>
      <w:pPr>
        <w:pStyle w:val="Subtitle"/>
      </w:pPr>
      <w:r>
        <w:t>Match a clue to the world map</w:t>
      </w:r>
    </w:p>
    <w:p>
      <w:r>
        <w:t>1. Use the labelled world map to match each clue to a place.</w:t>
      </w:r>
    </w:p>
    <w:p>
      <w:r>
        <w:t>2. Partners place one continent card and one ocean card on a paper map.</w:t>
      </w:r>
    </w:p>
    <w:p>
      <w:r>
        <w:t>3. Point to each choice, check it, then swap roles.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Card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My choice</w:t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The continent containing the UK.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The continent south of Europe, with the Atlantic to its west.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The ocean between the Americas and Europe/Africa.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The ocean shown at both the left and right edges.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</w:r>
          </w:p>
        </w:tc>
      </w:tr>
    </w:tbl>
    <w:p>
      <w:r>
        <w:rPr>
          <w:b/>
        </w:rPr>
        <w:t>Our evidence and explanation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 | Continents and oceans</w:t>
      </w:r>
    </w:p>
    <w:p>
      <w:r>
        <w:t>Talk about the wider world using continents and oceans.</w:t>
      </w:r>
    </w:p>
    <w:p>
      <w:r>
        <w:t>Use the pupil world map and label bank. Point, place a card, speak, draw or write.</w:t>
      </w:r>
    </w:p>
    <w:p>
      <w:r>
        <w:t>1. Use the reduced bank: Europe and Atlantic Ocean.</w:t>
      </w:r>
    </w:p>
    <w:p>
      <w:r>
        <w:t>2. Place or write each label on your pupil map.</w:t>
      </w:r>
    </w:p>
    <w:p>
      <w:r>
        <w:t>3. Point to and name one continent and one ocean yourself.</w:t>
      </w:r>
    </w:p>
    <w:p>
      <w:r>
        <w:t>Help: Use the labelled map for reference. An adult can read the names, then fade the location prompt.</w:t>
      </w:r>
    </w:p>
    <w:p>
      <w:r>
        <w:rPr>
          <w:b/>
        </w:rPr>
        <w:t>My continent and map position</w:t>
      </w:r>
    </w:p>
    <w:p>
      <w:r>
        <w:t>________________________________________________________________</w:t>
      </w:r>
    </w:p>
    <w:p>
      <w:r>
        <w:rPr>
          <w:b/>
        </w:rPr>
        <w:t>My ocean and map position</w:t>
      </w:r>
    </w:p>
    <w:p>
      <w:r>
        <w:t>________________________________________________________________</w:t>
      </w:r>
    </w:p>
    <w:p>
      <w:r>
        <w:rPr>
          <w:b/>
        </w:rPr>
        <w:t>My check</w:t>
      </w:r>
    </w:p>
    <w:p>
      <w:r>
        <w:t>________________________________________________________________</w:t>
      </w:r>
    </w:p>
    <w:p>
      <w:r>
        <w:rPr>
          <w:b/>
        </w:rPr>
        <w:t>A fact about the wider world</w:t>
      </w:r>
    </w:p>
    <w:p>
      <w:r>
        <w:t>________________________________________________________________</w:t>
      </w:r>
    </w:p>
    <w:p>
      <w:r>
        <w:t>Further challenge: Choose Africa or Indian Ocean for a new check.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 | Continents and oceans</w:t>
      </w:r>
    </w:p>
    <w:p>
      <w:r>
        <w:t>Talk about the wider world using continents and oceans.</w:t>
      </w:r>
    </w:p>
    <w:p>
      <w:r>
        <w:t>Use the pupil world map and label bank. Point, place a card, speak, draw or write.</w:t>
      </w:r>
    </w:p>
    <w:p>
      <w:r>
        <w:t>1. Choose one continent and one ocean from the full word bank.</w:t>
      </w:r>
    </w:p>
    <w:p>
      <w:r>
        <w:t>2. Mark both on your pupil world map.</w:t>
      </w:r>
    </w:p>
    <w:p>
      <w:r>
        <w:t>3. Name each and say where one is using another map label.</w:t>
      </w:r>
    </w:p>
    <w:p>
      <w:r>
        <w:t>Help: Use: ___ is a continent. ___ is an ocean. It is beside/between ___.</w:t>
      </w:r>
    </w:p>
    <w:p>
      <w:r>
        <w:rPr>
          <w:b/>
        </w:rPr>
        <w:t>My continent and map position</w:t>
      </w:r>
    </w:p>
    <w:p>
      <w:r>
        <w:t>________________________________________________________________</w:t>
      </w:r>
    </w:p>
    <w:p>
      <w:r>
        <w:rPr>
          <w:b/>
        </w:rPr>
        <w:t>My ocean and map position</w:t>
      </w:r>
    </w:p>
    <w:p>
      <w:r>
        <w:t>________________________________________________________________</w:t>
      </w:r>
    </w:p>
    <w:p>
      <w:r>
        <w:rPr>
          <w:b/>
        </w:rPr>
        <w:t>My check</w:t>
      </w:r>
    </w:p>
    <w:p>
      <w:r>
        <w:t>________________________________________________________________</w:t>
      </w:r>
    </w:p>
    <w:p>
      <w:r>
        <w:rPr>
          <w:b/>
        </w:rPr>
        <w:t>A fact about the wider world</w:t>
      </w:r>
    </w:p>
    <w:p>
      <w:r>
        <w:t>________________________________________________________________</w:t>
      </w:r>
    </w:p>
    <w:p>
      <w:r>
        <w:t>Further challenge: Find the UK and name its continent.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 | Continents and oceans</w:t>
      </w:r>
    </w:p>
    <w:p>
      <w:r>
        <w:t>Talk about the wider world using continents and oceans.</w:t>
      </w:r>
    </w:p>
    <w:p>
      <w:r>
        <w:t>Use the pupil world map and label bank. Point, place a card, speak, draw or write.</w:t>
      </w:r>
    </w:p>
    <w:p>
      <w:r>
        <w:t>1. Locate two continents and two oceans on the pupil map.</w:t>
      </w:r>
    </w:p>
    <w:p>
      <w:r>
        <w:t>2. Describe one ocean’s position using nearby continents.</w:t>
      </w:r>
    </w:p>
    <w:p>
      <w:r>
        <w:t>3. Explain why Pacific appears at both edges.</w:t>
      </w:r>
    </w:p>
    <w:p>
      <w:r>
        <w:t>Help: Use the labelled reference to check locations, then give your own explanation.</w:t>
      </w:r>
    </w:p>
    <w:p>
      <w:r>
        <w:rPr>
          <w:b/>
        </w:rPr>
        <w:t>My continent and map position</w:t>
      </w:r>
    </w:p>
    <w:p>
      <w:r>
        <w:t>________________________________________________________________</w:t>
      </w:r>
    </w:p>
    <w:p>
      <w:r>
        <w:rPr>
          <w:b/>
        </w:rPr>
        <w:t>My ocean and map position</w:t>
      </w:r>
    </w:p>
    <w:p>
      <w:r>
        <w:t>________________________________________________________________</w:t>
      </w:r>
    </w:p>
    <w:p>
      <w:r>
        <w:rPr>
          <w:b/>
        </w:rPr>
        <w:t>My check</w:t>
      </w:r>
    </w:p>
    <w:p>
      <w:r>
        <w:t>________________________________________________________________</w:t>
      </w:r>
    </w:p>
    <w:p>
      <w:r>
        <w:rPr>
          <w:b/>
        </w:rPr>
        <w:t>A fact about the wider world</w:t>
      </w:r>
    </w:p>
    <w:p>
      <w:r>
        <w:t>________________________________________________________________</w:t>
      </w:r>
    </w:p>
    <w:p>
      <w:r>
        <w:t>Further challenge: Explain one reason to compare this map with a globe.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only your chosen route</w:t>
      </w:r>
    </w:p>
    <w:p>
      <w:r>
        <w:t>Give your own response. Your usual communication support can stay.</w:t>
      </w:r>
    </w:p>
    <w:p>
      <w:pPr>
        <w:pStyle w:val="Heading2"/>
      </w:pPr>
      <w:r>
        <w:t>Supported</w:t>
      </w:r>
    </w:p>
    <w:p>
      <w:r>
        <w:t>1. Point to and name Europe on your map. Choose it from your two-label bank if needed.</w:t>
      </w:r>
    </w:p>
    <w:p>
      <w:r>
        <w:t>_______________________________________________________________</w:t>
      </w:r>
    </w:p>
    <w:p>
      <w:r>
        <w:t>2. Point to and name the Atlantic Ocean. Use your own location response.</w:t>
      </w:r>
    </w:p>
    <w:p>
      <w:r>
        <w:t>_______________________________________________________________</w:t>
      </w:r>
    </w:p>
    <w:p>
      <w:pPr>
        <w:pStyle w:val="Heading2"/>
      </w:pPr>
      <w:r>
        <w:t>Standard</w:t>
      </w:r>
    </w:p>
    <w:p>
      <w:r>
        <w:t>1. Name and locate a continent of your choice. Point, label or speak.</w:t>
      </w:r>
    </w:p>
    <w:p>
      <w:r>
        <w:t>_______________________________________________________________</w:t>
      </w:r>
    </w:p>
    <w:p>
      <w:r>
        <w:t>2. Name and locate an ocean of your choice. Say one way you checked.</w:t>
      </w:r>
    </w:p>
    <w:p>
      <w:r>
        <w:t>_______________________________________________________________</w:t>
      </w:r>
    </w:p>
    <w:p>
      <w:pPr>
        <w:pStyle w:val="Heading2"/>
      </w:pPr>
      <w:r>
        <w:t>Stretch</w:t>
      </w:r>
    </w:p>
    <w:p>
      <w:r>
        <w:t>1. Name and locate a continent and a neighbouring ocean. Describe their relative positions.</w:t>
      </w:r>
    </w:p>
    <w:p>
      <w:r>
        <w:t>_______________________________________________________________</w:t>
      </w:r>
    </w:p>
    <w:p>
      <w:r>
        <w:t>2. Why are the two Pacific labels one ocean? Use the flat map and round Earth explanation.</w:t>
      </w:r>
    </w:p>
    <w:p>
      <w:r>
        <w:t>_______________________________________________________________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