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Practice picture plans</w:t>
      </w:r>
    </w:p>
    <w:p>
      <w:pPr>
        <w:pStyle w:val="Subtitle"/>
      </w:pPr>
      <w:r>
        <w:t>BUILD Humanities Summer 1 Week 3</w:t>
      </w:r>
    </w:p>
    <w:p>
      <w:r>
        <w:t>Use the keys and labels. These places are invented. The plans show selected features and are not to scale.</w:t>
      </w:r>
    </w:p>
    <w:p>
      <w:r>
        <w:drawing>
          <wp:inline xmlns:a="http://schemas.openxmlformats.org/drawingml/2006/main" xmlns:pic="http://schemas.openxmlformats.org/drawingml/2006/picture">
            <wp:extent cx="5760000" cy="34707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wnsid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7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Title"/>
      </w:pPr>
      <w:r>
        <w:t>Coastside picture plan</w:t>
      </w:r>
    </w:p>
    <w:p>
      <w:pPr>
        <w:pStyle w:val="Subtitle"/>
      </w:pPr>
      <w:r>
        <w:t>Source B for comparison with Townside source A</w:t>
      </w:r>
    </w:p>
    <w:p>
      <w:r>
        <w:drawing>
          <wp:inline xmlns:a="http://schemas.openxmlformats.org/drawingml/2006/main" xmlns:pic="http://schemas.openxmlformats.org/drawingml/2006/picture">
            <wp:extent cx="5760000" cy="347076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astsi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7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Compare the same feature in both plans. A missing symbol means not shown; it does not prove a feature is absent from the whole place.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 | Comparing two places</w:t>
      </w:r>
    </w:p>
    <w:p>
      <w:r>
        <w:t>Compare means looking at two places. First point to what each picture plan shows.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Point to a shop on Townside.</w:t>
      </w:r>
    </w:p>
    <w:p>
      <w:r>
        <w:t>Help: Use H in the key.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Point to a shop on Coastside.</w:t>
      </w:r>
    </w:p>
    <w:p>
      <w:r>
        <w:t>Help: Find the shop picture and label.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Show the plan with a beach.</w:t>
      </w:r>
    </w:p>
    <w:p>
      <w:r>
        <w:t>Help: Look for sand beside the sea.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Both plans show a shop. Is this the same or different?</w:t>
      </w:r>
    </w:p>
    <w:p>
      <w:r>
        <w:t>Help: Choose same or different.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 | Comparing two places</w:t>
      </w:r>
    </w:p>
    <w:p>
      <w:r>
        <w:t>Compare means looking at two places. First point to what each picture plan shows.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Name one feature shown on Townside.</w:t>
      </w:r>
    </w:p>
    <w:p>
      <w:r>
        <w:t>Help: Use the key.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Name one feature shown on Coastside.</w:t>
      </w:r>
    </w:p>
    <w:p>
      <w:r>
        <w:t>Help: Use the labels.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Name one feature shown on both.</w:t>
      </w:r>
    </w:p>
    <w:p>
      <w:r>
        <w:t>Help: Compare the shops or homes.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Which plan shows a beach? What is your evidence?</w:t>
      </w:r>
    </w:p>
    <w:p>
      <w:r>
        <w:t>Help: Point to the label and picture.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 | Comparing two places</w:t>
      </w:r>
    </w:p>
    <w:p>
      <w:r>
        <w:t>Compare means looking at two places. First point to what each picture plan shows. No previous lesson is needed.</w:t>
      </w:r>
    </w:p>
    <w:p>
      <w:r>
        <w:t>Use the practice plan sheet. Start with questions 1 and 2.</w:t>
      </w:r>
    </w:p>
    <w:p>
      <w:pPr>
        <w:pStyle w:val="Heading2"/>
      </w:pPr>
      <w:r>
        <w:t>1 Give one similarity with evidence from both plans.</w:t>
      </w:r>
    </w:p>
    <w:p>
      <w:r>
        <w:t>Help: Compare the same feature.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Give one difference shown by the plans.</w:t>
      </w:r>
    </w:p>
    <w:p>
      <w:r>
        <w:t>Help: Use a feature from each.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Can the plans tell us which place is noisier?</w:t>
      </w:r>
    </w:p>
    <w:p>
      <w:r>
        <w:t>Help: Look for noise measurements.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Does no school symbol prove Coastside has no school?</w:t>
      </w:r>
    </w:p>
    <w:p>
      <w:r>
        <w:t>Help: Think about what a plan leaves out.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activity</w:t>
      </w:r>
    </w:p>
    <w:p>
      <w:pPr>
        <w:pStyle w:val="Subtitle"/>
      </w:pPr>
      <w:r>
        <w:t>Partner roles and practice record</w:t>
      </w:r>
    </w:p>
    <w:p>
      <w:r>
        <w:t>Use the practice picture plans. A partner can point, speak, draw or write.</w:t>
      </w:r>
    </w:p>
    <w:p>
      <w:r>
        <w:t>1. Together, sort each evidence card: both plans, Townside only or Coastside only.</w:t>
      </w:r>
    </w:p>
    <w:p>
      <w:r>
        <w:t>2. Build one comparison row: feature, Townside evidence, Coastside evidence.</w:t>
      </w:r>
    </w:p>
    <w:p>
      <w:r>
        <w:t>3. Swap observer and recorder roles. Explain one difference with both sources.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Evidence card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Both / Townside / Coastside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 shop is shown.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 park is shown.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 beach is shown.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Homes are shown.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________________</w:t>
            </w:r>
          </w:p>
        </w:tc>
      </w:tr>
      <w:tr>
        <w:tc>
          <w:tcPr>
            <w:tcW w:type="dxa" w:w="453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 harbour is shown.</w:t>
            </w:r>
          </w:p>
        </w:tc>
        <w:tc>
          <w:tcPr>
            <w:tcW w:type="dxa" w:w="510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________________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Feature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Townside A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Coastside B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Open space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Our choice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</w:r>
          </w:p>
        </w:tc>
      </w:tr>
    </w:tbl>
    <w:p>
      <w:r>
        <w:rPr>
          <w:b/>
        </w:rPr>
        <w:t>Our difference with evidence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 | Comparing two places</w:t>
      </w:r>
    </w:p>
    <w:p>
      <w:r>
        <w:t>Compare my place with a contrasting place.</w:t>
      </w:r>
    </w:p>
    <w:p>
      <w:r>
        <w:t>Use the checked local and contrasting source sets.</w:t>
      </w:r>
    </w:p>
    <w:p>
      <w:r>
        <w:t>1. Choose one feature on the local source set with your teacher.</w:t>
      </w:r>
    </w:p>
    <w:p>
      <w:r>
        <w:t>2. Point to or draw what each place shows in the two columns.</w:t>
      </w:r>
    </w:p>
    <w:p>
      <w:r>
        <w:t>3. Say one difference using both sources.</w:t>
      </w:r>
    </w:p>
    <w:p>
      <w:r>
        <w:t>Help: Adult reads the labels. Use: My place shows ___. The other place shows 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Feature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My place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Contrasting place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</w:tr>
    </w:tbl>
    <w:p>
      <w:r>
        <w:rPr>
          <w:b/>
        </w:rPr>
        <w:t>My comparison and why it could matter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Try a second comparison with less prompting.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 | Comparing two places</w:t>
      </w:r>
    </w:p>
    <w:p>
      <w:r>
        <w:t>Compare my place with a contrasting place.</w:t>
      </w:r>
    </w:p>
    <w:p>
      <w:r>
        <w:t>Use the checked local and contrasting source sets.</w:t>
      </w:r>
    </w:p>
    <w:p>
      <w:r>
        <w:t>1. Use the local and contrasting source sets.</w:t>
      </w:r>
    </w:p>
    <w:p>
      <w:r>
        <w:t>2. Complete two rows of the comparison grid.</w:t>
      </w:r>
    </w:p>
    <w:p>
      <w:r>
        <w:t>3. Explain one important difference using evidence from both places.</w:t>
      </w:r>
    </w:p>
    <w:p>
      <w:r>
        <w:t>Help: Use: In source ___ I can see ___. In source ___ I can see ___. This matters because 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Feature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My place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Contrasting place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  <w:br/>
            </w:r>
          </w:p>
        </w:tc>
      </w:tr>
    </w:tbl>
    <w:p>
      <w:r>
        <w:rPr>
          <w:b/>
        </w:rPr>
        <w:t>My comparison and why it could matter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Add one similarity, or state something the sources cannot tell you.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 | Comparing two places</w:t>
      </w:r>
    </w:p>
    <w:p>
      <w:r>
        <w:t>Compare my place with a contrasting place.</w:t>
      </w:r>
    </w:p>
    <w:p>
      <w:r>
        <w:t>Use the checked local and contrasting source sets.</w:t>
      </w:r>
    </w:p>
    <w:p>
      <w:r>
        <w:t>1. Choose three features to compare in the two source sets.</w:t>
      </w:r>
    </w:p>
    <w:p>
      <w:r>
        <w:t>2. Record accurate observations from both.</w:t>
      </w:r>
    </w:p>
    <w:p>
      <w:r>
        <w:t>3. Explain which contrast could matter most for one activity.</w:t>
      </w:r>
    </w:p>
    <w:p>
      <w:r>
        <w:t>4. State one limit of the evidence.</w:t>
      </w:r>
    </w:p>
    <w:p>
      <w:r>
        <w:t>Help: Choose an activity such as playing outdoors or reaching a shop. Say “could” when making an inference.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Feature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My place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Contrasting place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br/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__________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br/>
              <w:br/>
            </w:r>
          </w:p>
        </w:tc>
      </w:tr>
    </w:tbl>
    <w:p>
      <w:r>
        <w:rPr>
          <w:b/>
        </w:rPr>
        <w:t>My comparison and why it could matter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Further challenge: Suggest a photo, map or observation that would help check your explanation.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only your chosen route</w:t>
      </w:r>
    </w:p>
    <w:p>
      <w:r>
        <w:t>Give your own response using the checked local sources. Your usual reading or communication support can stay.</w:t>
      </w:r>
    </w:p>
    <w:p>
      <w:pPr>
        <w:pStyle w:val="Heading2"/>
      </w:pPr>
      <w:r>
        <w:t>Supported</w:t>
      </w:r>
    </w:p>
    <w:p>
      <w:r>
        <w:t>1. Point to one feature in each place’s source set. Use your own observations.</w:t>
      </w:r>
    </w:p>
    <w:p>
      <w:r>
        <w:t>_______________________________________________________________</w:t>
      </w:r>
    </w:p>
    <w:p>
      <w:r>
        <w:t>2. Say one difference between the places. My place shows ___. The other shows ___.</w:t>
      </w:r>
    </w:p>
    <w:p>
      <w:r>
        <w:t>_______________________________________________________________</w:t>
      </w:r>
    </w:p>
    <w:p>
      <w:pPr>
        <w:pStyle w:val="Heading2"/>
      </w:pPr>
      <w:r>
        <w:t>Standard</w:t>
      </w:r>
    </w:p>
    <w:p>
      <w:r>
        <w:t>1. Give one comparison of your place and the contrasting place. Name the same feature or type of feature in both.</w:t>
      </w:r>
    </w:p>
    <w:p>
      <w:r>
        <w:t>_______________________________________________________________</w:t>
      </w:r>
    </w:p>
    <w:p>
      <w:r>
        <w:t>2. What evidence supports your comparison? Point to or name both source labels.</w:t>
      </w:r>
    </w:p>
    <w:p>
      <w:r>
        <w:t>_______________________________________________________________</w:t>
      </w:r>
    </w:p>
    <w:p>
      <w:pPr>
        <w:pStyle w:val="Heading2"/>
      </w:pPr>
      <w:r>
        <w:t>Stretch</w:t>
      </w:r>
    </w:p>
    <w:p>
      <w:r>
        <w:t>1. Explain one important contrast using both sources. Say why it could matter for an activity.</w:t>
      </w:r>
    </w:p>
    <w:p>
      <w:r>
        <w:t>_______________________________________________________________</w:t>
      </w:r>
    </w:p>
    <w:p>
      <w:r>
        <w:t>2. What can these sources not tell you? Suggest one way to check.</w:t>
      </w:r>
    </w:p>
    <w:p>
      <w:r>
        <w:t>_______________________________________________________________</w:t>
      </w:r>
    </w:p>
    <w:p>
      <w:r>
        <w:br w:type="page"/>
      </w:r>
    </w:p>
    <w:p>
      <w:pPr>
        <w:pStyle w:val="Title"/>
      </w:pPr>
      <w:r>
        <w:t>Local evidence sheet</w:t>
      </w:r>
    </w:p>
    <w:p>
      <w:pPr>
        <w:pStyle w:val="Subtitle"/>
      </w:pPr>
      <w:r>
        <w:t>Teacher completes before the lesson</w:t>
      </w:r>
    </w:p>
    <w:p>
      <w:r>
        <w:t>Attach two labelled photo/map sets: our place and a contrasting place. Choose sets with at least one clear, meaningful difference.</w:t>
      </w:r>
    </w:p>
    <w:p>
      <w:r>
        <w:rPr>
          <w:b/>
        </w:rPr>
        <w:t>Our place name and source labels</w:t>
      </w:r>
    </w:p>
    <w:p>
      <w:r>
        <w:t>________________________________________________________________</w:t>
      </w:r>
    </w:p>
    <w:p>
      <w:r>
        <w:rPr>
          <w:b/>
        </w:rPr>
        <w:t>Contrasting place name and source labels</w:t>
      </w:r>
    </w:p>
    <w:p>
      <w:r>
        <w:t>________________________________________________________________</w:t>
      </w:r>
    </w:p>
    <w:p>
      <w:r>
        <w:rPr>
          <w:b/>
        </w:rPr>
        <w:t>Source dates and credits</w:t>
      </w:r>
    </w:p>
    <w:p>
      <w:r>
        <w:t>________________________________________________________________</w:t>
      </w:r>
    </w:p>
    <w:p>
      <w:r>
        <w:rPr>
          <w:b/>
        </w:rPr>
        <w:t>Features to compare</w:t>
      </w:r>
    </w:p>
    <w:p>
      <w:r>
        <w:t>________________________________________________________________</w:t>
      </w:r>
    </w:p>
    <w:p>
      <w:r>
        <w:rPr>
          <w:b/>
        </w:rPr>
        <w:t>What these sources leave out</w:t>
      </w:r>
    </w:p>
    <w:p>
      <w:r>
        <w:t>________________________________________________________________</w:t>
      </w:r>
    </w:p>
    <w:p>
      <w:r>
        <w:t>Attach or paste the plan/source sets on an extra page if needed. Check the key, labels and source limits. Do not use personal home addresses. Keep staff answers on the teacher sheet.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