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Townside picture plan</w:t>
      </w:r>
    </w:p>
    <w:p>
      <w:r>
        <w:t>BUILD · Humanities · Summer 1 · Week 1</w:t>
      </w:r>
    </w:p>
    <w:p>
      <w:r>
        <w:drawing>
          <wp:inline xmlns:a="http://schemas.openxmlformats.org/drawingml/2006/main" xmlns:pic="http://schemas.openxmlformats.org/drawingml/2006/picture">
            <wp:extent cx="6228000" cy="3752769"/>
            <wp:docPr id="1" name="Picture 1" descr="Townside invented plan with nine symbol-led places and letter key. Top row: school, library, park. Middle: bus stop, crossing, shop. Bottom: sports court, clinic, fla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wnsid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3752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Invented teaching plan. Keep this way up. It is not to scale.</w:t>
      </w:r>
    </w:p>
    <w:p>
      <w:r>
        <w:t>Practise with Townside. Use the teacher’s checked school plan for the real-school task.</w:t>
      </w:r>
    </w:p>
    <w:p>
      <w:r>
        <w:t>Local: Near the place we are talking about.</w:t>
      </w:r>
    </w:p>
    <w:p>
      <w:r>
        <w:t>Feature: Something in a place, such as a park or road.</w:t>
      </w:r>
    </w:p>
    <w:p>
      <w:r>
        <w:t>Map: A picture that shows where places are.</w:t>
      </w:r>
    </w:p>
    <w:p>
      <w:r>
        <w:t>Key: A guide to the symbols on a map.</w:t>
      </w:r>
    </w:p>
    <w:p>
      <w:r>
        <w:br w:type="page"/>
      </w:r>
    </w:p>
    <w:p>
      <w:pPr>
        <w:pStyle w:val="Title"/>
      </w:pPr>
      <w:r>
        <w:t>Arrival: Supported</w:t>
      </w:r>
    </w:p>
    <w:p>
      <w:r>
        <w:t>BUILD · Humanities · Summer 1 · Week 1</w:t>
      </w:r>
    </w:p>
    <w:p>
      <w:r>
        <w:t>Use the Townside plan on page 1. Point, speak, draw or write. Keep your first response.</w:t>
      </w:r>
    </w:p>
    <w:p>
      <w:pPr>
        <w:pStyle w:val="Heading2"/>
      </w:pPr>
      <w:r>
        <w:t>1. Point to the school picture.</w:t>
      </w:r>
    </w:p>
    <w:p>
      <w:r>
        <w:t>Use the roof and S symbol.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2. Which picture shows a park?</w:t>
      </w:r>
    </w:p>
    <w:p>
      <w:r>
        <w:t>Choose the tree or the bus.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3. Point to the place beside the school on its right.</w:t>
      </w:r>
    </w:p>
    <w:p>
      <w:r>
        <w:t>Use your finger to move one square.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4. Find B in the key. What place does it mark?</w:t>
      </w:r>
    </w:p>
    <w:p>
      <w:r>
        <w:t>Point to the bus picture or say its name.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r>
        <w:br w:type="page"/>
      </w:r>
    </w:p>
    <w:p>
      <w:pPr>
        <w:pStyle w:val="Title"/>
      </w:pPr>
      <w:r>
        <w:t>Arrival: Standard</w:t>
      </w:r>
    </w:p>
    <w:p>
      <w:r>
        <w:t>BUILD · Humanities · Summer 1 · Week 1</w:t>
      </w:r>
    </w:p>
    <w:p>
      <w:r>
        <w:t>Use the Townside plan on page 1. Point, speak, draw or write. Keep your first response.</w:t>
      </w:r>
    </w:p>
    <w:p>
      <w:pPr>
        <w:pStyle w:val="Heading2"/>
      </w:pPr>
      <w:r>
        <w:t>1. Where is the school on the plan?</w:t>
      </w:r>
    </w:p>
    <w:p>
      <w:r>
        <w:t>Use top, bottom, left or right.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2. What does L in the key mean?</w:t>
      </w:r>
    </w:p>
    <w:p>
      <w:r>
        <w:t>Find the same letter on the plan.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3. Which place is to the right of the library?</w:t>
      </w:r>
    </w:p>
    <w:p>
      <w:r>
        <w:t>Keep the plan the same way up.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4. Which place is directly below the school?</w:t>
      </w:r>
    </w:p>
    <w:p>
      <w:r>
        <w:t>Move down one square.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r>
        <w:br w:type="page"/>
      </w:r>
    </w:p>
    <w:p>
      <w:pPr>
        <w:pStyle w:val="Title"/>
      </w:pPr>
      <w:r>
        <w:t>Arrival: Stretch</w:t>
      </w:r>
    </w:p>
    <w:p>
      <w:r>
        <w:t>BUILD · Humanities · Summer 1 · Week 1</w:t>
      </w:r>
    </w:p>
    <w:p>
      <w:r>
        <w:t>Use the Townside plan on page 1. Point, speak, draw or write. Keep your first response.</w:t>
      </w:r>
    </w:p>
    <w:p>
      <w:pPr>
        <w:pStyle w:val="Heading2"/>
      </w:pPr>
      <w:r>
        <w:t>1. Locate the school without using a place name.</w:t>
      </w:r>
    </w:p>
    <w:p>
      <w:r>
        <w:t>Describe its position on the plan.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2. Why is a key useful to a visitor?</w:t>
      </w:r>
    </w:p>
    <w:p>
      <w:r>
        <w:t>Link a symbol to its meaning.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3. From the school, move two squares right. Where are you?</w:t>
      </w:r>
    </w:p>
    <w:p>
      <w:r>
        <w:t>Check each square with your finger.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4. Is the library nearer to the school than the park on this plan?</w:t>
      </w:r>
    </w:p>
    <w:p>
      <w:r>
        <w:t>Count the equal squares along the top row.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r>
        <w:br w:type="page"/>
      </w:r>
    </w:p>
    <w:p>
      <w:pPr>
        <w:pStyle w:val="Title"/>
      </w:pPr>
      <w:r>
        <w:t>Clue hunt and visitor note</w:t>
      </w:r>
    </w:p>
    <w:p>
      <w:r>
        <w:t>BUILD · Humanities · Summer 1 · Week 1</w:t>
      </w:r>
    </w:p>
    <w:p>
      <w:r>
        <w:t>Use the Townside plan. Match each clue to a place. Point to the picture that helped you.</w:t>
      </w:r>
    </w:p>
    <w:p>
      <w:r>
        <w:t>1. I want to borrow a book.</w:t>
      </w:r>
    </w:p>
    <w:p>
      <w:pPr>
        <w:spacing w:after="300"/>
      </w:pPr>
      <w:r>
        <w:t>___________________________________________________________________</w:t>
      </w:r>
    </w:p>
    <w:p>
      <w:r>
        <w:t>2. I need a place to wait for a bus.</w:t>
      </w:r>
    </w:p>
    <w:p>
      <w:pPr>
        <w:spacing w:after="300"/>
      </w:pPr>
      <w:r>
        <w:t>___________________________________________________________________</w:t>
      </w:r>
    </w:p>
    <w:p>
      <w:r>
        <w:t>3. I want an open green space.</w:t>
      </w:r>
    </w:p>
    <w:p>
      <w:pPr>
        <w:spacing w:after="300"/>
      </w:pPr>
      <w:r>
        <w:t>___________________________________________________________________</w:t>
      </w:r>
    </w:p>
    <w:p>
      <w:r>
        <w:t>4. I have an appointment with a nurse.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Repair the visitor note</w:t>
      </w:r>
    </w:p>
    <w:p>
      <w:r>
        <w:t>“The library is to the left of the school.”</w:t>
      </w:r>
    </w:p>
    <w:p>
      <w:r>
        <w:t>Check the plan. Change one word:</w:t>
      </w:r>
    </w:p>
    <w:p>
      <w:pPr>
        <w:spacing w:after="300"/>
      </w:pPr>
      <w:r>
        <w:t>___________________________________________________________________</w:t>
      </w:r>
    </w:p>
    <w:p>
      <w:r>
        <w:t>Show what helped you decide:</w:t>
      </w:r>
    </w:p>
    <w:p>
      <w:pPr>
        <w:spacing w:after="300"/>
      </w:pPr>
      <w:r>
        <w:t>___________________________________________________________________</w:t>
      </w:r>
    </w:p>
    <w:p>
      <w:r>
        <w:br w:type="page"/>
      </w:r>
    </w:p>
    <w:p>
      <w:pPr>
        <w:pStyle w:val="Title"/>
      </w:pPr>
      <w:r>
        <w:t>Our school: Supported</w:t>
      </w:r>
    </w:p>
    <w:p>
      <w:r>
        <w:t>BUILD · Humanities · Summer 1 · Week 1</w:t>
      </w:r>
    </w:p>
    <w:p>
      <w:r>
        <w:t>Use the plan your teacher supplies.</w:t>
      </w:r>
    </w:p>
    <w:p>
      <w:r>
        <w:t>Choose the school label from two labels on your teacher’s plan.</w:t>
      </w:r>
    </w:p>
    <w:p>
      <w:r>
        <w:t>Point to the school. Name it or show its label.</w:t>
      </w:r>
    </w:p>
    <w:p>
      <w:r>
        <w:t>Find one local feature, then try a second with less help.</w:t>
      </w:r>
    </w:p>
    <w:p>
      <w:r>
        <w:t>An adult reads one step. Use a counter to mark your choice. Point or say: The school is here.</w:t>
      </w:r>
    </w:p>
    <w:p>
      <w:r>
        <w:t>School name and position:</w:t>
      </w:r>
    </w:p>
    <w:p>
      <w:pPr>
        <w:spacing w:after="300"/>
      </w:pPr>
      <w:r>
        <w:t>___________________________________________________________________</w:t>
      </w:r>
    </w:p>
    <w:p>
      <w:r>
        <w:t>Local feature and symbol:</w:t>
      </w:r>
    </w:p>
    <w:p>
      <w:pPr>
        <w:spacing w:after="300"/>
      </w:pPr>
      <w:r>
        <w:t>___________________________________________________________________</w:t>
      </w:r>
    </w:p>
    <w:p>
      <w:r>
        <w:t>Where the feature is:</w:t>
      </w:r>
    </w:p>
    <w:p>
      <w:pPr>
        <w:spacing w:after="300"/>
      </w:pPr>
      <w:r>
        <w:t>___________________________________________________________________</w:t>
      </w:r>
    </w:p>
    <w:p>
      <w:r>
        <w:t>My check or improvement:</w:t>
      </w:r>
    </w:p>
    <w:p>
      <w:pPr>
        <w:spacing w:after="300"/>
      </w:pPr>
      <w:r>
        <w:t>___________________________________________________________________</w:t>
      </w:r>
    </w:p>
    <w:p>
      <w:r>
        <w:t>Try the final location question without a content prompt.</w:t>
      </w:r>
    </w:p>
    <w:p>
      <w:r>
        <w:br w:type="page"/>
      </w:r>
    </w:p>
    <w:p>
      <w:pPr>
        <w:pStyle w:val="Title"/>
      </w:pPr>
      <w:r>
        <w:t>Our school: Standard</w:t>
      </w:r>
    </w:p>
    <w:p>
      <w:r>
        <w:t>BUILD · Humanities · Summer 1 · Week 1</w:t>
      </w:r>
    </w:p>
    <w:p>
      <w:r>
        <w:t>Use the plan your teacher supplies.</w:t>
      </w:r>
    </w:p>
    <w:p>
      <w:r>
        <w:t>Name and mark the school on your teacher’s plan.</w:t>
      </w:r>
    </w:p>
    <w:p>
      <w:r>
        <w:t>Circle two local features. Name each one.</w:t>
      </w:r>
    </w:p>
    <w:p>
      <w:r>
        <w:t>Tell or write where one feature is in relation to the school.</w:t>
      </w:r>
    </w:p>
    <w:p>
      <w:r>
        <w:t>Use near, left, right or beside. Check the plan key.</w:t>
      </w:r>
    </w:p>
    <w:p>
      <w:r>
        <w:t>School name and position:</w:t>
      </w:r>
    </w:p>
    <w:p>
      <w:pPr>
        <w:spacing w:after="300"/>
      </w:pPr>
      <w:r>
        <w:t>___________________________________________________________________</w:t>
      </w:r>
    </w:p>
    <w:p>
      <w:r>
        <w:t>Local feature and symbol:</w:t>
      </w:r>
    </w:p>
    <w:p>
      <w:pPr>
        <w:spacing w:after="300"/>
      </w:pPr>
      <w:r>
        <w:t>___________________________________________________________________</w:t>
      </w:r>
    </w:p>
    <w:p>
      <w:r>
        <w:t>Where the feature is:</w:t>
      </w:r>
    </w:p>
    <w:p>
      <w:pPr>
        <w:spacing w:after="300"/>
      </w:pPr>
      <w:r>
        <w:t>___________________________________________________________________</w:t>
      </w:r>
    </w:p>
    <w:p>
      <w:r>
        <w:t>My check or improvement:</w:t>
      </w:r>
    </w:p>
    <w:p>
      <w:pPr>
        <w:spacing w:after="300"/>
      </w:pPr>
      <w:r>
        <w:t>___________________________________________________________________</w:t>
      </w:r>
    </w:p>
    <w:p>
      <w:r>
        <w:t>Check one label with a partner. Make one improvement yourself.</w:t>
      </w:r>
    </w:p>
    <w:p>
      <w:r>
        <w:br w:type="page"/>
      </w:r>
    </w:p>
    <w:p>
      <w:pPr>
        <w:pStyle w:val="Title"/>
      </w:pPr>
      <w:r>
        <w:t>Our school: Stretch</w:t>
      </w:r>
    </w:p>
    <w:p>
      <w:r>
        <w:t>BUILD · Humanities · Summer 1 · Week 1</w:t>
      </w:r>
    </w:p>
    <w:p>
      <w:r>
        <w:t>Use the plan your teacher supplies.</w:t>
      </w:r>
    </w:p>
    <w:p>
      <w:r>
        <w:t>Locate and label the school and three local features.</w:t>
      </w:r>
    </w:p>
    <w:p>
      <w:r>
        <w:t>Choose one feature that a visitor might need.</w:t>
      </w:r>
    </w:p>
    <w:p>
      <w:r>
        <w:t>Describe a short route from the school to that feature.</w:t>
      </w:r>
    </w:p>
    <w:p>
      <w:r>
        <w:t>Check each turn. Explain how the key helped.</w:t>
      </w:r>
    </w:p>
    <w:p>
      <w:r>
        <w:t>Use the plan your teacher has checked. Keep it the same way up.</w:t>
      </w:r>
    </w:p>
    <w:p>
      <w:r>
        <w:t>School name and position:</w:t>
      </w:r>
    </w:p>
    <w:p>
      <w:pPr>
        <w:spacing w:after="300"/>
      </w:pPr>
      <w:r>
        <w:t>___________________________________________________________________</w:t>
      </w:r>
    </w:p>
    <w:p>
      <w:r>
        <w:t>Local feature and symbol:</w:t>
      </w:r>
    </w:p>
    <w:p>
      <w:pPr>
        <w:spacing w:after="300"/>
      </w:pPr>
      <w:r>
        <w:t>___________________________________________________________________</w:t>
      </w:r>
    </w:p>
    <w:p>
      <w:r>
        <w:t>Where the feature is:</w:t>
      </w:r>
    </w:p>
    <w:p>
      <w:pPr>
        <w:spacing w:after="300"/>
      </w:pPr>
      <w:r>
        <w:t>___________________________________________________________________</w:t>
      </w:r>
    </w:p>
    <w:p>
      <w:r>
        <w:t>My check or improvement:</w:t>
      </w:r>
    </w:p>
    <w:p>
      <w:pPr>
        <w:spacing w:after="300"/>
      </w:pPr>
      <w:r>
        <w:t>___________________________________________________________________</w:t>
      </w:r>
    </w:p>
    <w:p>
      <w:r>
        <w:t>Compare two features: which looks nearer on this plan? Say how you checked.</w:t>
      </w:r>
    </w:p>
    <w:p>
      <w:r>
        <w:br w:type="page"/>
      </w:r>
    </w:p>
    <w:p>
      <w:pPr>
        <w:pStyle w:val="Title"/>
      </w:pPr>
      <w:r>
        <w:t>Exit choices</w:t>
      </w:r>
    </w:p>
    <w:p>
      <w:r>
        <w:t>BUILD · Humanities · Summer 1 · Week 1</w:t>
      </w:r>
    </w:p>
    <w:p>
      <w:r>
        <w:t>Use one route. Use your teacher’s school plan. Give your own responses.</w:t>
      </w:r>
    </w:p>
    <w:p>
      <w:pPr>
        <w:pStyle w:val="Heading2"/>
      </w:pPr>
      <w:r>
        <w:t>Supported</w:t>
      </w:r>
    </w:p>
    <w:p>
      <w:r>
        <w:t>Show your school on the teacher’s plan.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r>
        <w:t>Show one local feature without a content prompt.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Standard</w:t>
      </w:r>
    </w:p>
    <w:p>
      <w:r>
        <w:t>Name and locate your school on the teacher’s plan.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r>
        <w:t>Where is one local feature in relation to the school?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pPr>
        <w:pStyle w:val="Heading2"/>
      </w:pPr>
      <w:r>
        <w:t>Stretch</w:t>
      </w:r>
    </w:p>
    <w:p>
      <w:r>
        <w:t>Locate your school and two local features on the teacher’s plan.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p>
      <w:r>
        <w:t>Give a short route from the school to one feature.</w:t>
      </w:r>
    </w:p>
    <w:p>
      <w:r>
        <w:t>My response:</w:t>
      </w:r>
    </w:p>
    <w:p>
      <w:pPr>
        <w:spacing w:after="300"/>
      </w:pPr>
      <w:r>
        <w:t>___________________________________________________________________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4" w:lineRule="auto"/>
    </w:pPr>
    <w:rPr>
      <w:rFonts w:ascii="Arial" w:hAnsi="Arial"/>
      <w:color w:val="173047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73047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17304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17304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BUILD Humanities Summer 1 Week 1</dc:subject>
  <dc:creator>Made by Matt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